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right"/>
        <w:tblLayout w:type="fixed"/>
        <w:tblLook w:val="04A0" w:firstRow="1" w:lastRow="0" w:firstColumn="1" w:lastColumn="0" w:noHBand="0" w:noVBand="1"/>
      </w:tblPr>
      <w:tblGrid>
        <w:gridCol w:w="5071"/>
        <w:gridCol w:w="5071"/>
      </w:tblGrid>
      <w:tr w:rsidR="00995F90" w14:paraId="1AAC7C97" w14:textId="77777777">
        <w:trPr>
          <w:cantSplit/>
          <w:jc w:val="right"/>
        </w:trPr>
        <w:tc>
          <w:tcPr>
            <w:tcW w:w="5071" w:type="dxa"/>
            <w:tcBorders>
              <w:top w:val="nil"/>
              <w:left w:val="nil"/>
              <w:bottom w:val="nil"/>
              <w:right w:val="nil"/>
            </w:tcBorders>
            <w:vAlign w:val="center"/>
          </w:tcPr>
          <w:p w14:paraId="7CAB996E" w14:textId="77777777" w:rsidR="00995F90" w:rsidRDefault="00995F90">
            <w:pPr>
              <w:spacing w:after="0" w:line="240" w:lineRule="auto"/>
            </w:pPr>
          </w:p>
        </w:tc>
        <w:tc>
          <w:tcPr>
            <w:tcW w:w="5071" w:type="dxa"/>
            <w:tcBorders>
              <w:top w:val="nil"/>
              <w:left w:val="nil"/>
              <w:bottom w:val="nil"/>
              <w:right w:val="nil"/>
            </w:tcBorders>
          </w:tcPr>
          <w:p w14:paraId="5E2A1728" w14:textId="77777777" w:rsidR="00995F90" w:rsidRPr="0016660C" w:rsidRDefault="003D2A82">
            <w:pPr>
              <w:spacing w:after="0" w:line="240" w:lineRule="auto"/>
              <w:rPr>
                <w:lang w:val="ru-RU"/>
              </w:rPr>
            </w:pPr>
            <w:r w:rsidRPr="0016660C">
              <w:rPr>
                <w:b/>
                <w:sz w:val="22"/>
                <w:lang w:val="ru-RU"/>
              </w:rPr>
              <w:t>УТВЕРЖДАЮ</w:t>
            </w:r>
          </w:p>
          <w:p w14:paraId="0FC73FA9" w14:textId="77777777" w:rsidR="00995F90" w:rsidRPr="0016660C" w:rsidRDefault="003D2A82">
            <w:pPr>
              <w:spacing w:after="0" w:line="240" w:lineRule="auto"/>
              <w:rPr>
                <w:lang w:val="ru-RU"/>
              </w:rPr>
            </w:pPr>
            <w:r w:rsidRPr="0016660C">
              <w:rPr>
                <w:sz w:val="22"/>
                <w:lang w:val="ru-RU"/>
              </w:rPr>
              <w:t>Заместитель главы администрации –</w:t>
            </w:r>
          </w:p>
          <w:p w14:paraId="69E1FFF9" w14:textId="77777777" w:rsidR="00995F90" w:rsidRPr="0016660C" w:rsidRDefault="003D2A82">
            <w:pPr>
              <w:spacing w:after="0" w:line="240" w:lineRule="auto"/>
              <w:rPr>
                <w:lang w:val="ru-RU"/>
              </w:rPr>
            </w:pPr>
            <w:r w:rsidRPr="0016660C">
              <w:rPr>
                <w:sz w:val="22"/>
                <w:lang w:val="ru-RU"/>
              </w:rPr>
              <w:t>начальник управления по культуре,</w:t>
            </w:r>
          </w:p>
          <w:p w14:paraId="1E25DB89" w14:textId="77777777" w:rsidR="00995F90" w:rsidRPr="0016660C" w:rsidRDefault="003D2A82">
            <w:pPr>
              <w:spacing w:after="0" w:line="240" w:lineRule="auto"/>
              <w:rPr>
                <w:lang w:val="ru-RU"/>
              </w:rPr>
            </w:pPr>
            <w:r w:rsidRPr="0016660C">
              <w:rPr>
                <w:sz w:val="22"/>
                <w:lang w:val="ru-RU"/>
              </w:rPr>
              <w:t>курорту, спорту и туризму</w:t>
            </w:r>
          </w:p>
          <w:p w14:paraId="2D63D5B6" w14:textId="77777777" w:rsidR="00995F90" w:rsidRPr="0016660C" w:rsidRDefault="003D2A82">
            <w:pPr>
              <w:spacing w:after="0" w:line="240" w:lineRule="auto"/>
              <w:rPr>
                <w:lang w:val="ru-RU"/>
              </w:rPr>
            </w:pPr>
            <w:r w:rsidRPr="0016660C">
              <w:rPr>
                <w:sz w:val="22"/>
                <w:lang w:val="ru-RU"/>
              </w:rPr>
              <w:t>администрации города-курорта Кисловодска</w:t>
            </w:r>
          </w:p>
          <w:p w14:paraId="6A0A70C5" w14:textId="77777777" w:rsidR="00995F90" w:rsidRPr="0016660C" w:rsidRDefault="00995F90">
            <w:pPr>
              <w:spacing w:after="0" w:line="240" w:lineRule="auto"/>
              <w:rPr>
                <w:lang w:val="ru-RU"/>
              </w:rPr>
            </w:pPr>
          </w:p>
          <w:p w14:paraId="2D95249D" w14:textId="77777777" w:rsidR="00995F90" w:rsidRDefault="003D2A82">
            <w:pPr>
              <w:spacing w:after="0" w:line="240" w:lineRule="auto"/>
            </w:pPr>
            <w:r>
              <w:rPr>
                <w:sz w:val="22"/>
              </w:rPr>
              <w:t>__________________ Э.А. Даниэльян</w:t>
            </w:r>
          </w:p>
          <w:p w14:paraId="4DAA55DA" w14:textId="77777777" w:rsidR="00995F90" w:rsidRDefault="003D2A82">
            <w:pPr>
              <w:spacing w:after="0" w:line="240" w:lineRule="auto"/>
            </w:pPr>
            <w:r>
              <w:rPr>
                <w:sz w:val="22"/>
              </w:rPr>
              <w:t>«___» ______________ 2026 г.</w:t>
            </w:r>
          </w:p>
        </w:tc>
      </w:tr>
    </w:tbl>
    <w:p w14:paraId="66347203" w14:textId="77777777" w:rsidR="00995F90" w:rsidRDefault="00995F90">
      <w:pPr>
        <w:spacing w:after="40" w:line="240" w:lineRule="auto"/>
        <w:jc w:val="both"/>
      </w:pPr>
    </w:p>
    <w:p w14:paraId="0506D009" w14:textId="77777777" w:rsidR="00995F90" w:rsidRDefault="003D2A82">
      <w:pPr>
        <w:spacing w:after="40" w:line="240" w:lineRule="auto"/>
        <w:jc w:val="center"/>
      </w:pPr>
      <w:r>
        <w:rPr>
          <w:b/>
          <w:sz w:val="28"/>
        </w:rPr>
        <w:t>РЕГЛАМЕНТ</w:t>
      </w:r>
    </w:p>
    <w:p w14:paraId="71678ECE" w14:textId="77777777" w:rsidR="00995F90" w:rsidRPr="00BD77B7" w:rsidRDefault="003D2A82">
      <w:pPr>
        <w:spacing w:after="20" w:line="240" w:lineRule="auto"/>
        <w:jc w:val="center"/>
        <w:rPr>
          <w:lang w:val="ru-RU"/>
        </w:rPr>
      </w:pPr>
      <w:r w:rsidRPr="00BD77B7">
        <w:rPr>
          <w:b/>
          <w:lang w:val="ru-RU"/>
        </w:rPr>
        <w:t>проведения массового физкультурно-развлекательного мероприятия</w:t>
      </w:r>
    </w:p>
    <w:p w14:paraId="2CDE751D" w14:textId="77777777" w:rsidR="00995F90" w:rsidRPr="00BD77B7" w:rsidRDefault="003D2A82">
      <w:pPr>
        <w:spacing w:line="240" w:lineRule="auto"/>
        <w:jc w:val="center"/>
        <w:rPr>
          <w:lang w:val="ru-RU"/>
        </w:rPr>
      </w:pPr>
      <w:r w:rsidRPr="00BD77B7">
        <w:rPr>
          <w:b/>
          <w:sz w:val="28"/>
          <w:lang w:val="ru-RU"/>
        </w:rPr>
        <w:t>«ПЛЯЖНЫЙ ЗАБЕГ В КРУГАХ»</w:t>
      </w:r>
    </w:p>
    <w:p w14:paraId="6D3FB22C" w14:textId="77777777" w:rsidR="00995F90" w:rsidRPr="00BD77B7" w:rsidRDefault="003D2A82">
      <w:pPr>
        <w:keepNext/>
        <w:spacing w:before="160" w:after="80" w:line="240" w:lineRule="auto"/>
        <w:jc w:val="center"/>
        <w:rPr>
          <w:lang w:val="ru-RU"/>
        </w:rPr>
      </w:pPr>
      <w:r w:rsidRPr="00BD77B7">
        <w:rPr>
          <w:b/>
          <w:lang w:val="ru-RU"/>
        </w:rPr>
        <w:t>1. ОБЩИЕ ПОЛОЖЕНИЯ</w:t>
      </w:r>
    </w:p>
    <w:p w14:paraId="3FA33D9E" w14:textId="77777777" w:rsidR="00995F90" w:rsidRPr="0016660C" w:rsidRDefault="003D2A82">
      <w:pPr>
        <w:spacing w:after="0" w:line="240" w:lineRule="auto"/>
        <w:ind w:firstLine="709"/>
        <w:jc w:val="both"/>
        <w:rPr>
          <w:lang w:val="ru-RU"/>
        </w:rPr>
      </w:pPr>
      <w:r w:rsidRPr="0016660C">
        <w:rPr>
          <w:lang w:val="ru-RU"/>
        </w:rPr>
        <w:t>1.1. Настоящий Регламент определяет цели, задачи, порядок организации и проведения массового физкультурно-развлекательного мероприятия «Пляжный забег в кругах» (далее — Мероприятие), требования к участникам, условия допуска, правила прохождения дистанции, порядок определения результатов и награждения.</w:t>
      </w:r>
    </w:p>
    <w:p w14:paraId="747FA525" w14:textId="77777777" w:rsidR="00995F90" w:rsidRPr="0016660C" w:rsidRDefault="003D2A82">
      <w:pPr>
        <w:spacing w:after="0" w:line="240" w:lineRule="auto"/>
        <w:ind w:firstLine="709"/>
        <w:jc w:val="both"/>
        <w:rPr>
          <w:lang w:val="ru-RU"/>
        </w:rPr>
      </w:pPr>
      <w:r w:rsidRPr="0016660C">
        <w:rPr>
          <w:lang w:val="ru-RU"/>
        </w:rPr>
        <w:t>1.2. Мероприятие проводится в городе-курорте Кисловодске в формате массового забега с обязательным тематическим реквизитом: исправным надувным плавательным кругом и не менее чем тремя отдельными атрибутами пляжной тематики.</w:t>
      </w:r>
    </w:p>
    <w:p w14:paraId="5FEF78F8" w14:textId="77777777" w:rsidR="00995F90" w:rsidRPr="0016660C" w:rsidRDefault="003D2A82">
      <w:pPr>
        <w:spacing w:after="0" w:line="240" w:lineRule="auto"/>
        <w:ind w:firstLine="709"/>
        <w:jc w:val="both"/>
        <w:rPr>
          <w:lang w:val="ru-RU"/>
        </w:rPr>
      </w:pPr>
      <w:r w:rsidRPr="0016660C">
        <w:rPr>
          <w:lang w:val="ru-RU"/>
        </w:rPr>
        <w:t>1.3. Мероприятие не является официальным спортивным соревнованием по виду спорта. Участие носит добровольный характер и предполагает физическую нагрузку на открытой местности.</w:t>
      </w:r>
    </w:p>
    <w:p w14:paraId="0100BE1B" w14:textId="77777777" w:rsidR="00995F90" w:rsidRPr="0016660C" w:rsidRDefault="003D2A82">
      <w:pPr>
        <w:spacing w:after="0" w:line="240" w:lineRule="auto"/>
        <w:ind w:firstLine="709"/>
        <w:jc w:val="both"/>
        <w:rPr>
          <w:lang w:val="ru-RU"/>
        </w:rPr>
      </w:pPr>
      <w:r w:rsidRPr="0016660C">
        <w:rPr>
          <w:lang w:val="ru-RU"/>
        </w:rPr>
        <w:t>1.4. Настоящий Регламент является основанием для регистрации и допуска участников, работы организационного комитета, судейской коллегии, волонтёров и иных лиц, привлекаемых к проведению Мероприятия.</w:t>
      </w:r>
    </w:p>
    <w:p w14:paraId="1489B687" w14:textId="77777777" w:rsidR="00995F90" w:rsidRPr="0016660C" w:rsidRDefault="003D2A82">
      <w:pPr>
        <w:keepNext/>
        <w:spacing w:before="160" w:after="80" w:line="240" w:lineRule="auto"/>
        <w:jc w:val="center"/>
        <w:rPr>
          <w:lang w:val="ru-RU"/>
        </w:rPr>
      </w:pPr>
      <w:r w:rsidRPr="0016660C">
        <w:rPr>
          <w:b/>
          <w:lang w:val="ru-RU"/>
        </w:rPr>
        <w:t>2. ЦЕЛИ И ЗАДАЧИ МЕРОПРИЯТИЯ</w:t>
      </w:r>
    </w:p>
    <w:p w14:paraId="022C0CAD" w14:textId="77777777" w:rsidR="00995F90" w:rsidRPr="0016660C" w:rsidRDefault="003D2A82">
      <w:pPr>
        <w:spacing w:after="0" w:line="240" w:lineRule="auto"/>
        <w:ind w:firstLine="709"/>
        <w:jc w:val="both"/>
        <w:rPr>
          <w:lang w:val="ru-RU"/>
        </w:rPr>
      </w:pPr>
      <w:r w:rsidRPr="0016660C">
        <w:rPr>
          <w:lang w:val="ru-RU"/>
        </w:rPr>
        <w:t>2.1. Цель Мероприятия — популяризация физической культуры и массового спорта, здорового и активного образа жизни среди жителей и гостей города-курорта Кисловодска.</w:t>
      </w:r>
    </w:p>
    <w:p w14:paraId="6EEEE73B" w14:textId="77777777" w:rsidR="00995F90" w:rsidRPr="0016660C" w:rsidRDefault="003D2A82">
      <w:pPr>
        <w:spacing w:after="0" w:line="240" w:lineRule="auto"/>
        <w:ind w:firstLine="709"/>
        <w:jc w:val="both"/>
        <w:rPr>
          <w:lang w:val="ru-RU"/>
        </w:rPr>
      </w:pPr>
      <w:r w:rsidRPr="0016660C">
        <w:rPr>
          <w:lang w:val="ru-RU"/>
        </w:rPr>
        <w:t>2.2. Основными задачами Мероприятия являются:</w:t>
      </w:r>
    </w:p>
    <w:p w14:paraId="5E29A23B" w14:textId="77777777" w:rsidR="00995F90" w:rsidRPr="0016660C" w:rsidRDefault="003D2A82">
      <w:pPr>
        <w:spacing w:after="0" w:line="240" w:lineRule="auto"/>
        <w:ind w:left="425" w:hanging="283"/>
        <w:jc w:val="both"/>
        <w:rPr>
          <w:lang w:val="ru-RU"/>
        </w:rPr>
      </w:pPr>
      <w:r w:rsidRPr="0016660C">
        <w:rPr>
          <w:lang w:val="ru-RU"/>
        </w:rPr>
        <w:t>– привлечение совершеннолетних жителей и гостей города-курорта Кисловодска к регулярной двигательной активности;</w:t>
      </w:r>
    </w:p>
    <w:p w14:paraId="7E4197DB" w14:textId="77777777" w:rsidR="00995F90" w:rsidRPr="0016660C" w:rsidRDefault="003D2A82">
      <w:pPr>
        <w:spacing w:after="0" w:line="240" w:lineRule="auto"/>
        <w:ind w:left="425" w:hanging="283"/>
        <w:jc w:val="both"/>
        <w:rPr>
          <w:lang w:val="ru-RU"/>
        </w:rPr>
      </w:pPr>
      <w:r w:rsidRPr="0016660C">
        <w:rPr>
          <w:lang w:val="ru-RU"/>
        </w:rPr>
        <w:t>– формирование устойчивого интереса к занятиям физической культурой, массовым спортом и активному отдыху;</w:t>
      </w:r>
    </w:p>
    <w:p w14:paraId="356BB860" w14:textId="77777777" w:rsidR="00995F90" w:rsidRPr="0016660C" w:rsidRDefault="003D2A82">
      <w:pPr>
        <w:spacing w:after="0" w:line="240" w:lineRule="auto"/>
        <w:ind w:left="425" w:hanging="283"/>
        <w:jc w:val="both"/>
        <w:rPr>
          <w:lang w:val="ru-RU"/>
        </w:rPr>
      </w:pPr>
      <w:r w:rsidRPr="0016660C">
        <w:rPr>
          <w:lang w:val="ru-RU"/>
        </w:rPr>
        <w:t>– популяризация активного физкультурного досуга и творческого самовыражения посредством использования пляжной тематики;</w:t>
      </w:r>
    </w:p>
    <w:p w14:paraId="008D129F" w14:textId="77777777" w:rsidR="00995F90" w:rsidRPr="0016660C" w:rsidRDefault="003D2A82">
      <w:pPr>
        <w:spacing w:after="0" w:line="240" w:lineRule="auto"/>
        <w:ind w:left="425" w:hanging="283"/>
        <w:jc w:val="both"/>
        <w:rPr>
          <w:lang w:val="ru-RU"/>
        </w:rPr>
      </w:pPr>
      <w:r w:rsidRPr="0016660C">
        <w:rPr>
          <w:lang w:val="ru-RU"/>
        </w:rPr>
        <w:t>– создание доступного, яркого и безопасного формата массовой физкультурной активности на территории общественного пространства «Старое озеро»;</w:t>
      </w:r>
    </w:p>
    <w:p w14:paraId="3F1005C6" w14:textId="77777777" w:rsidR="00995F90" w:rsidRPr="0016660C" w:rsidRDefault="003D2A82">
      <w:pPr>
        <w:spacing w:after="0" w:line="240" w:lineRule="auto"/>
        <w:ind w:left="425" w:hanging="283"/>
        <w:jc w:val="both"/>
        <w:rPr>
          <w:lang w:val="ru-RU"/>
        </w:rPr>
      </w:pPr>
      <w:r w:rsidRPr="0016660C">
        <w:rPr>
          <w:lang w:val="ru-RU"/>
        </w:rPr>
        <w:t>– укрепление положительного имиджа города-курорта Кисловодска как территории активного отдыха, спорта и здорового образа жизни;</w:t>
      </w:r>
    </w:p>
    <w:p w14:paraId="64BA569E" w14:textId="77777777" w:rsidR="00995F90" w:rsidRPr="0016660C" w:rsidRDefault="003D2A82">
      <w:pPr>
        <w:spacing w:after="0" w:line="240" w:lineRule="auto"/>
        <w:ind w:left="425" w:hanging="283"/>
        <w:jc w:val="both"/>
        <w:rPr>
          <w:lang w:val="ru-RU"/>
        </w:rPr>
      </w:pPr>
      <w:r w:rsidRPr="0016660C">
        <w:rPr>
          <w:lang w:val="ru-RU"/>
        </w:rPr>
        <w:t>– развитие культуры доброжелательного соперничества, взаимного уважения, соблюдения правил и безопасного поведения в местах массового отдыха;</w:t>
      </w:r>
    </w:p>
    <w:p w14:paraId="5B99E0F6" w14:textId="77777777" w:rsidR="00995F90" w:rsidRPr="0016660C" w:rsidRDefault="003D2A82">
      <w:pPr>
        <w:spacing w:after="0" w:line="240" w:lineRule="auto"/>
        <w:ind w:left="425" w:hanging="283"/>
        <w:jc w:val="both"/>
        <w:rPr>
          <w:lang w:val="ru-RU"/>
        </w:rPr>
      </w:pPr>
      <w:r w:rsidRPr="0016660C">
        <w:rPr>
          <w:lang w:val="ru-RU"/>
        </w:rPr>
        <w:t>– выявление и поощрение наиболее быстрых участников, а также участников, проявивших творческий подход к пляжной тематике.</w:t>
      </w:r>
    </w:p>
    <w:p w14:paraId="395816FB" w14:textId="77777777" w:rsidR="00995F90" w:rsidRPr="0016660C" w:rsidRDefault="003D2A82">
      <w:pPr>
        <w:keepNext/>
        <w:spacing w:before="160" w:after="80" w:line="240" w:lineRule="auto"/>
        <w:jc w:val="center"/>
        <w:rPr>
          <w:lang w:val="ru-RU"/>
        </w:rPr>
      </w:pPr>
      <w:r w:rsidRPr="0016660C">
        <w:rPr>
          <w:b/>
          <w:lang w:val="ru-RU"/>
        </w:rPr>
        <w:t>3. ОРГАНИЗАТОРЫ МЕРОПРИЯТИЯ</w:t>
      </w:r>
    </w:p>
    <w:p w14:paraId="03767E51" w14:textId="77777777" w:rsidR="00995F90" w:rsidRPr="0016660C" w:rsidRDefault="003D2A82">
      <w:pPr>
        <w:spacing w:after="0" w:line="240" w:lineRule="auto"/>
        <w:ind w:firstLine="709"/>
        <w:jc w:val="both"/>
        <w:rPr>
          <w:lang w:val="ru-RU"/>
        </w:rPr>
      </w:pPr>
      <w:r w:rsidRPr="0016660C">
        <w:rPr>
          <w:lang w:val="ru-RU"/>
        </w:rPr>
        <w:t>3.1. Общее руководство подготовкой и проведением Мероприятия осуществляет управление по культуре, курорту, спорту и туризму администрации города-курорта Кисловодска.</w:t>
      </w:r>
    </w:p>
    <w:p w14:paraId="73D8A8D0" w14:textId="77777777" w:rsidR="00995F90" w:rsidRPr="0016660C" w:rsidRDefault="003D2A82">
      <w:pPr>
        <w:spacing w:after="0" w:line="240" w:lineRule="auto"/>
        <w:ind w:firstLine="709"/>
        <w:jc w:val="both"/>
        <w:rPr>
          <w:lang w:val="ru-RU"/>
        </w:rPr>
      </w:pPr>
      <w:r w:rsidRPr="0016660C">
        <w:rPr>
          <w:lang w:val="ru-RU"/>
        </w:rPr>
        <w:lastRenderedPageBreak/>
        <w:t>3.2. Непосредственное проведение Мероприятия возлагается на организационный комитет и судейскую коллегию, утверждённые организатором.</w:t>
      </w:r>
    </w:p>
    <w:p w14:paraId="59D12707" w14:textId="77777777" w:rsidR="00995F90" w:rsidRPr="0016660C" w:rsidRDefault="003D2A82">
      <w:pPr>
        <w:spacing w:after="0" w:line="240" w:lineRule="auto"/>
        <w:ind w:firstLine="709"/>
        <w:jc w:val="both"/>
        <w:rPr>
          <w:lang w:val="ru-RU"/>
        </w:rPr>
      </w:pPr>
      <w:r w:rsidRPr="0016660C">
        <w:rPr>
          <w:lang w:val="ru-RU"/>
        </w:rPr>
        <w:t>3.3. Организатор вправе вносить изменения в программу, схему трассы и время старта, приостанавливать или отменять Мероприятие при неблагоприятных погодных условиях, возникновении угрозы безопасности, чрезвычайной ситуации либо по требованию уполномоченных служб.</w:t>
      </w:r>
    </w:p>
    <w:p w14:paraId="47D30DEF" w14:textId="77777777" w:rsidR="00995F90" w:rsidRPr="0016660C" w:rsidRDefault="003D2A82">
      <w:pPr>
        <w:keepNext/>
        <w:spacing w:before="160" w:after="80" w:line="240" w:lineRule="auto"/>
        <w:jc w:val="center"/>
        <w:rPr>
          <w:lang w:val="ru-RU"/>
        </w:rPr>
      </w:pPr>
      <w:r w:rsidRPr="0016660C">
        <w:rPr>
          <w:b/>
          <w:lang w:val="ru-RU"/>
        </w:rPr>
        <w:t>4. МЕСТО, ДАТА И ВРЕМЯ ПРОВЕДЕНИЯ</w:t>
      </w:r>
    </w:p>
    <w:p w14:paraId="06CA743A" w14:textId="77777777" w:rsidR="00995F90" w:rsidRPr="0016660C" w:rsidRDefault="003D2A82">
      <w:pPr>
        <w:spacing w:after="0" w:line="240" w:lineRule="auto"/>
        <w:ind w:firstLine="709"/>
        <w:jc w:val="both"/>
        <w:rPr>
          <w:lang w:val="ru-RU"/>
        </w:rPr>
      </w:pPr>
      <w:r w:rsidRPr="0016660C">
        <w:rPr>
          <w:lang w:val="ru-RU"/>
        </w:rPr>
        <w:t>4.1. Место проведения: город-курорт Кисловодск, территория общественного пространства «Старое озеро», береговая зона по утверждённой организатором трассе.</w:t>
      </w:r>
    </w:p>
    <w:p w14:paraId="1FD985DA" w14:textId="77777777" w:rsidR="00995F90" w:rsidRPr="0016660C" w:rsidRDefault="003D2A82">
      <w:pPr>
        <w:spacing w:after="0" w:line="240" w:lineRule="auto"/>
        <w:ind w:firstLine="709"/>
        <w:jc w:val="both"/>
        <w:rPr>
          <w:lang w:val="ru-RU"/>
        </w:rPr>
      </w:pPr>
      <w:r w:rsidRPr="0016660C">
        <w:rPr>
          <w:lang w:val="ru-RU"/>
        </w:rPr>
        <w:t>4.2. Дата проведения: «08» августа 2026 года.</w:t>
      </w:r>
    </w:p>
    <w:p w14:paraId="76F0B92F" w14:textId="4928FE0E" w:rsidR="00995F90" w:rsidRPr="0016660C" w:rsidRDefault="003D2A82">
      <w:pPr>
        <w:spacing w:after="0" w:line="240" w:lineRule="auto"/>
        <w:ind w:firstLine="709"/>
        <w:jc w:val="both"/>
        <w:rPr>
          <w:lang w:val="ru-RU"/>
        </w:rPr>
      </w:pPr>
      <w:r w:rsidRPr="0016660C">
        <w:rPr>
          <w:lang w:val="ru-RU"/>
        </w:rPr>
        <w:t>4.3. Время старта: 1</w:t>
      </w:r>
      <w:r w:rsidR="00BD77B7">
        <w:rPr>
          <w:lang w:val="ru-RU"/>
        </w:rPr>
        <w:t>5</w:t>
      </w:r>
      <w:r w:rsidRPr="0016660C">
        <w:rPr>
          <w:lang w:val="ru-RU"/>
        </w:rPr>
        <w:t xml:space="preserve"> часов </w:t>
      </w:r>
      <w:r w:rsidR="00BD77B7">
        <w:rPr>
          <w:lang w:val="ru-RU"/>
        </w:rPr>
        <w:t>3</w:t>
      </w:r>
      <w:bookmarkStart w:id="0" w:name="_GoBack"/>
      <w:bookmarkEnd w:id="0"/>
      <w:r w:rsidRPr="0016660C">
        <w:rPr>
          <w:lang w:val="ru-RU"/>
        </w:rPr>
        <w:t>0 минут.</w:t>
      </w:r>
    </w:p>
    <w:p w14:paraId="0BFD3ABC" w14:textId="77777777" w:rsidR="00995F90" w:rsidRPr="0016660C" w:rsidRDefault="003D2A82">
      <w:pPr>
        <w:spacing w:after="0" w:line="240" w:lineRule="auto"/>
        <w:ind w:firstLine="709"/>
        <w:jc w:val="both"/>
        <w:rPr>
          <w:lang w:val="ru-RU"/>
        </w:rPr>
      </w:pPr>
      <w:r w:rsidRPr="0016660C">
        <w:rPr>
          <w:lang w:val="ru-RU"/>
        </w:rPr>
        <w:t>4.4. Предварительная программа:</w:t>
      </w:r>
    </w:p>
    <w:p w14:paraId="0CC2FF1D" w14:textId="1AADDEA8" w:rsidR="00995F90" w:rsidRPr="0016660C" w:rsidRDefault="003D2A82">
      <w:pPr>
        <w:spacing w:after="0" w:line="240" w:lineRule="auto"/>
        <w:ind w:left="425" w:hanging="283"/>
        <w:jc w:val="both"/>
        <w:rPr>
          <w:lang w:val="ru-RU"/>
        </w:rPr>
      </w:pPr>
      <w:r w:rsidRPr="0016660C">
        <w:rPr>
          <w:lang w:val="ru-RU"/>
        </w:rPr>
        <w:t>– 15:00–15:</w:t>
      </w:r>
      <w:r w:rsidR="00BD77B7">
        <w:rPr>
          <w:lang w:val="ru-RU"/>
        </w:rPr>
        <w:t>25</w:t>
      </w:r>
      <w:r w:rsidRPr="0016660C">
        <w:rPr>
          <w:lang w:val="ru-RU"/>
        </w:rPr>
        <w:t xml:space="preserve"> — очная регистрация, получение стартового номера, проверка документов и обязательного реквизита (надувного круга и не менее трёх пляжных атрибутов), подписание необходимых согласий;</w:t>
      </w:r>
    </w:p>
    <w:p w14:paraId="2FC1B395" w14:textId="0937129C" w:rsidR="00995F90" w:rsidRPr="0016660C" w:rsidRDefault="003D2A82">
      <w:pPr>
        <w:spacing w:after="0" w:line="240" w:lineRule="auto"/>
        <w:ind w:left="425" w:hanging="283"/>
        <w:jc w:val="both"/>
        <w:rPr>
          <w:lang w:val="ru-RU"/>
        </w:rPr>
      </w:pPr>
      <w:r w:rsidRPr="0016660C">
        <w:rPr>
          <w:lang w:val="ru-RU"/>
        </w:rPr>
        <w:t>– 15:</w:t>
      </w:r>
      <w:r w:rsidR="00BD77B7">
        <w:rPr>
          <w:lang w:val="ru-RU"/>
        </w:rPr>
        <w:t>15</w:t>
      </w:r>
      <w:r w:rsidRPr="0016660C">
        <w:rPr>
          <w:lang w:val="ru-RU"/>
        </w:rPr>
        <w:t>–15:</w:t>
      </w:r>
      <w:r w:rsidR="00BD77B7">
        <w:rPr>
          <w:lang w:val="ru-RU"/>
        </w:rPr>
        <w:t>2</w:t>
      </w:r>
      <w:r w:rsidRPr="0016660C">
        <w:rPr>
          <w:lang w:val="ru-RU"/>
        </w:rPr>
        <w:t>5 — обязательный инструктаж по правилам прохождения дистанции и мерам безопасности;</w:t>
      </w:r>
    </w:p>
    <w:p w14:paraId="35132FE0" w14:textId="6E74F104" w:rsidR="00995F90" w:rsidRPr="0016660C" w:rsidRDefault="003D2A82">
      <w:pPr>
        <w:spacing w:after="0" w:line="240" w:lineRule="auto"/>
        <w:ind w:left="425" w:hanging="283"/>
        <w:jc w:val="both"/>
        <w:rPr>
          <w:lang w:val="ru-RU"/>
        </w:rPr>
      </w:pPr>
      <w:r w:rsidRPr="0016660C">
        <w:rPr>
          <w:lang w:val="ru-RU"/>
        </w:rPr>
        <w:t>– 1</w:t>
      </w:r>
      <w:r w:rsidR="00BD77B7">
        <w:rPr>
          <w:lang w:val="ru-RU"/>
        </w:rPr>
        <w:t>5</w:t>
      </w:r>
      <w:r w:rsidRPr="0016660C">
        <w:rPr>
          <w:lang w:val="ru-RU"/>
        </w:rPr>
        <w:t>:</w:t>
      </w:r>
      <w:r w:rsidR="00BD77B7">
        <w:rPr>
          <w:lang w:val="ru-RU"/>
        </w:rPr>
        <w:t>3</w:t>
      </w:r>
      <w:r w:rsidRPr="0016660C">
        <w:rPr>
          <w:lang w:val="ru-RU"/>
        </w:rPr>
        <w:t>0 — общий старт либо последовательные старты по группам по решению главного судьи;</w:t>
      </w:r>
    </w:p>
    <w:p w14:paraId="3C20688F" w14:textId="77777777" w:rsidR="00995F90" w:rsidRPr="0016660C" w:rsidRDefault="003D2A82">
      <w:pPr>
        <w:spacing w:after="0" w:line="240" w:lineRule="auto"/>
        <w:ind w:left="425" w:hanging="283"/>
        <w:jc w:val="both"/>
        <w:rPr>
          <w:lang w:val="ru-RU"/>
        </w:rPr>
      </w:pPr>
      <w:r w:rsidRPr="0016660C">
        <w:rPr>
          <w:lang w:val="ru-RU"/>
        </w:rPr>
        <w:t>– после финиша участников — подведение итогов и церемония награждения.</w:t>
      </w:r>
    </w:p>
    <w:p w14:paraId="42581B07" w14:textId="77777777" w:rsidR="00995F90" w:rsidRPr="0016660C" w:rsidRDefault="003D2A82">
      <w:pPr>
        <w:keepNext/>
        <w:spacing w:before="160" w:after="80" w:line="240" w:lineRule="auto"/>
        <w:jc w:val="center"/>
        <w:rPr>
          <w:lang w:val="ru-RU"/>
        </w:rPr>
      </w:pPr>
      <w:r w:rsidRPr="0016660C">
        <w:rPr>
          <w:b/>
          <w:lang w:val="ru-RU"/>
        </w:rPr>
        <w:t>5. УЧАСТНИКИ И УСЛОВИЯ ДОПУСКА</w:t>
      </w:r>
    </w:p>
    <w:p w14:paraId="4911B6A8" w14:textId="77777777" w:rsidR="00995F90" w:rsidRPr="0016660C" w:rsidRDefault="003D2A82">
      <w:pPr>
        <w:spacing w:after="0" w:line="240" w:lineRule="auto"/>
        <w:ind w:firstLine="709"/>
        <w:jc w:val="both"/>
        <w:rPr>
          <w:lang w:val="ru-RU"/>
        </w:rPr>
      </w:pPr>
      <w:r w:rsidRPr="0016660C">
        <w:rPr>
          <w:lang w:val="ru-RU"/>
        </w:rPr>
        <w:t>5.1. К участию допускаются граждане Российской Федерации и иностранные граждане, достигшие возраста 18 лет на день проведения Мероприятия, при отсутствии медицинских противопоказаний к бегу на дистанцию 1000 метров и выполнении требований настоящего Регламента.</w:t>
      </w:r>
    </w:p>
    <w:p w14:paraId="47992013" w14:textId="77777777" w:rsidR="00995F90" w:rsidRPr="0016660C" w:rsidRDefault="003D2A82">
      <w:pPr>
        <w:spacing w:after="0" w:line="240" w:lineRule="auto"/>
        <w:ind w:firstLine="709"/>
        <w:jc w:val="both"/>
        <w:rPr>
          <w:lang w:val="ru-RU"/>
        </w:rPr>
      </w:pPr>
      <w:r w:rsidRPr="0016660C">
        <w:rPr>
          <w:lang w:val="ru-RU"/>
        </w:rPr>
        <w:t>5.2. Участники самостоятельно проходят регистрацию и подписывают согласие на добровольное участие, подтверждение состояния здоровья и принятие естественных рисков по форме приложения № 1.</w:t>
      </w:r>
    </w:p>
    <w:p w14:paraId="587058F6" w14:textId="77777777" w:rsidR="00995F90" w:rsidRPr="0016660C" w:rsidRDefault="003D2A82">
      <w:pPr>
        <w:spacing w:after="0" w:line="240" w:lineRule="auto"/>
        <w:ind w:firstLine="709"/>
        <w:jc w:val="both"/>
        <w:rPr>
          <w:lang w:val="ru-RU"/>
        </w:rPr>
      </w:pPr>
      <w:r w:rsidRPr="0016660C">
        <w:rPr>
          <w:lang w:val="ru-RU"/>
        </w:rPr>
        <w:t>5.3. Каждый участник обязан до старта:</w:t>
      </w:r>
    </w:p>
    <w:p w14:paraId="6911A9F6" w14:textId="77777777" w:rsidR="00995F90" w:rsidRPr="0016660C" w:rsidRDefault="003D2A82">
      <w:pPr>
        <w:spacing w:after="0" w:line="240" w:lineRule="auto"/>
        <w:ind w:left="425" w:hanging="283"/>
        <w:jc w:val="both"/>
        <w:rPr>
          <w:lang w:val="ru-RU"/>
        </w:rPr>
      </w:pPr>
      <w:r w:rsidRPr="0016660C">
        <w:rPr>
          <w:lang w:val="ru-RU"/>
        </w:rPr>
        <w:t>– пройти электронную либо очную регистрацию;</w:t>
      </w:r>
    </w:p>
    <w:p w14:paraId="65B21EFA" w14:textId="77777777" w:rsidR="00995F90" w:rsidRPr="0016660C" w:rsidRDefault="003D2A82">
      <w:pPr>
        <w:spacing w:after="0" w:line="240" w:lineRule="auto"/>
        <w:ind w:left="425" w:hanging="283"/>
        <w:jc w:val="both"/>
        <w:rPr>
          <w:lang w:val="ru-RU"/>
        </w:rPr>
      </w:pPr>
      <w:r w:rsidRPr="0016660C">
        <w:rPr>
          <w:lang w:val="ru-RU"/>
        </w:rPr>
        <w:t>– предъявить по требованию регистрационной комиссии документ, удостоверяющий личность и подтверждающий достижение 18-летнего возраста;</w:t>
      </w:r>
    </w:p>
    <w:p w14:paraId="7D5B4A23" w14:textId="77777777" w:rsidR="00995F90" w:rsidRPr="0016660C" w:rsidRDefault="003D2A82">
      <w:pPr>
        <w:spacing w:after="0" w:line="240" w:lineRule="auto"/>
        <w:ind w:left="425" w:hanging="283"/>
        <w:jc w:val="both"/>
        <w:rPr>
          <w:lang w:val="ru-RU"/>
        </w:rPr>
      </w:pPr>
      <w:r w:rsidRPr="0016660C">
        <w:rPr>
          <w:lang w:val="ru-RU"/>
        </w:rPr>
        <w:t>– подписать предусмотренные настоящим Регламентом отдельные формы согласий;</w:t>
      </w:r>
    </w:p>
    <w:p w14:paraId="32382171" w14:textId="77777777" w:rsidR="00995F90" w:rsidRPr="0016660C" w:rsidRDefault="003D2A82">
      <w:pPr>
        <w:spacing w:after="0" w:line="240" w:lineRule="auto"/>
        <w:ind w:left="425" w:hanging="283"/>
        <w:jc w:val="both"/>
        <w:rPr>
          <w:lang w:val="ru-RU"/>
        </w:rPr>
      </w:pPr>
      <w:r w:rsidRPr="0016660C">
        <w:rPr>
          <w:lang w:val="ru-RU"/>
        </w:rPr>
        <w:t>– пройти обязательный инструктаж по безопасности;</w:t>
      </w:r>
    </w:p>
    <w:p w14:paraId="2E67C84A" w14:textId="77777777" w:rsidR="00995F90" w:rsidRPr="0016660C" w:rsidRDefault="003D2A82">
      <w:pPr>
        <w:spacing w:after="0" w:line="240" w:lineRule="auto"/>
        <w:ind w:left="425" w:hanging="283"/>
        <w:jc w:val="both"/>
        <w:rPr>
          <w:lang w:val="ru-RU"/>
        </w:rPr>
      </w:pPr>
      <w:r w:rsidRPr="0016660C">
        <w:rPr>
          <w:lang w:val="ru-RU"/>
        </w:rPr>
        <w:t>– иметь исправный надувной плавательный круг и не менее трёх отдельных атрибутов пляжной тематики;</w:t>
      </w:r>
    </w:p>
    <w:p w14:paraId="5E7B895C" w14:textId="77777777" w:rsidR="00995F90" w:rsidRPr="0016660C" w:rsidRDefault="003D2A82">
      <w:pPr>
        <w:spacing w:after="0" w:line="240" w:lineRule="auto"/>
        <w:ind w:left="425" w:hanging="283"/>
        <w:jc w:val="both"/>
        <w:rPr>
          <w:lang w:val="ru-RU"/>
        </w:rPr>
      </w:pPr>
      <w:r w:rsidRPr="0016660C">
        <w:rPr>
          <w:lang w:val="ru-RU"/>
        </w:rPr>
        <w:t>– иметь удобную спортивную обувь с нескользящей подошвой.</w:t>
      </w:r>
    </w:p>
    <w:p w14:paraId="44517D64" w14:textId="77777777" w:rsidR="00995F90" w:rsidRPr="0016660C" w:rsidRDefault="003D2A82">
      <w:pPr>
        <w:spacing w:after="0" w:line="240" w:lineRule="auto"/>
        <w:ind w:firstLine="709"/>
        <w:jc w:val="both"/>
        <w:rPr>
          <w:lang w:val="ru-RU"/>
        </w:rPr>
      </w:pPr>
      <w:r w:rsidRPr="0016660C">
        <w:rPr>
          <w:lang w:val="ru-RU"/>
        </w:rPr>
        <w:t>5.4. К участию не допускаются лица, не достигшие 18-летнего возраста, лица с признаками алкогольного, наркотического или иного опьянения, с выраженными признаками недомогания, а также лица, не выполнившие требования настоящего Регламента. Организатор вправе отказать в допуске, если участие конкретного лица создаёт очевидную угрозу его безопасности или безопасности окружающих.</w:t>
      </w:r>
    </w:p>
    <w:p w14:paraId="05443F8C" w14:textId="77777777" w:rsidR="00995F90" w:rsidRPr="0016660C" w:rsidRDefault="003D2A82">
      <w:pPr>
        <w:keepNext/>
        <w:spacing w:before="160" w:after="80" w:line="240" w:lineRule="auto"/>
        <w:jc w:val="center"/>
        <w:rPr>
          <w:lang w:val="ru-RU"/>
        </w:rPr>
      </w:pPr>
      <w:r w:rsidRPr="0016660C">
        <w:rPr>
          <w:b/>
          <w:lang w:val="ru-RU"/>
        </w:rPr>
        <w:t>6. РЕГИСТРАЦИЯ УЧАСТНИКОВ</w:t>
      </w:r>
    </w:p>
    <w:p w14:paraId="264685A6" w14:textId="77777777" w:rsidR="00995F90" w:rsidRPr="00BD77B7" w:rsidRDefault="003D2A82">
      <w:pPr>
        <w:spacing w:after="0" w:line="240" w:lineRule="auto"/>
        <w:ind w:firstLine="709"/>
        <w:jc w:val="both"/>
        <w:rPr>
          <w:lang w:val="ru-RU"/>
        </w:rPr>
      </w:pPr>
      <w:r w:rsidRPr="0016660C">
        <w:rPr>
          <w:lang w:val="ru-RU"/>
        </w:rPr>
        <w:t>6.1. Предварительная регистрация участников осуществляется в электронной форме.</w:t>
      </w:r>
    </w:p>
    <w:tbl>
      <w:tblPr>
        <w:tblW w:w="0" w:type="auto"/>
        <w:jc w:val="center"/>
        <w:tblLayout w:type="fixed"/>
        <w:tblLook w:val="04A0" w:firstRow="1" w:lastRow="0" w:firstColumn="1" w:lastColumn="0" w:noHBand="0" w:noVBand="1"/>
      </w:tblPr>
      <w:tblGrid>
        <w:gridCol w:w="5071"/>
        <w:gridCol w:w="5071"/>
      </w:tblGrid>
      <w:tr w:rsidR="00995F90" w14:paraId="202A3238" w14:textId="77777777" w:rsidTr="0016660C">
        <w:trPr>
          <w:cantSplit/>
          <w:trHeight w:val="3773"/>
          <w:jc w:val="center"/>
        </w:trPr>
        <w:tc>
          <w:tcPr>
            <w:tcW w:w="5071" w:type="dxa"/>
            <w:tcBorders>
              <w:top w:val="single" w:sz="8" w:space="0" w:color="000000"/>
              <w:left w:val="single" w:sz="8" w:space="0" w:color="000000"/>
              <w:bottom w:val="single" w:sz="8" w:space="0" w:color="000000"/>
              <w:right w:val="single" w:sz="8" w:space="0" w:color="000000"/>
            </w:tcBorders>
            <w:vAlign w:val="center"/>
          </w:tcPr>
          <w:p w14:paraId="7A81F616" w14:textId="77777777" w:rsidR="0016660C" w:rsidRDefault="003D2A82">
            <w:pPr>
              <w:spacing w:after="0" w:line="240" w:lineRule="auto"/>
              <w:jc w:val="center"/>
              <w:rPr>
                <w:b/>
                <w:sz w:val="22"/>
                <w:lang w:val="ru-RU"/>
              </w:rPr>
            </w:pPr>
            <w:r w:rsidRPr="0016660C">
              <w:rPr>
                <w:b/>
                <w:sz w:val="22"/>
                <w:lang w:val="ru-RU"/>
              </w:rPr>
              <w:lastRenderedPageBreak/>
              <w:br/>
              <w:t>ССЫЛКА НА ЭЛЕКТРОННУЮ РЕГИСТРАЦИЮ:</w:t>
            </w:r>
          </w:p>
          <w:p w14:paraId="66CAA074" w14:textId="77777777" w:rsidR="00995F90" w:rsidRPr="0016660C" w:rsidRDefault="003D2A82">
            <w:pPr>
              <w:spacing w:after="0" w:line="240" w:lineRule="auto"/>
              <w:jc w:val="center"/>
              <w:rPr>
                <w:lang w:val="ru-RU"/>
              </w:rPr>
            </w:pPr>
            <w:r w:rsidRPr="0016660C">
              <w:rPr>
                <w:b/>
                <w:sz w:val="22"/>
                <w:lang w:val="ru-RU"/>
              </w:rPr>
              <w:br/>
            </w:r>
            <w:hyperlink r:id="rId8" w:history="1">
              <w:r w:rsidR="0016660C" w:rsidRPr="00306265">
                <w:rPr>
                  <w:rStyle w:val="aff8"/>
                </w:rPr>
                <w:t>https</w:t>
              </w:r>
              <w:r w:rsidR="0016660C" w:rsidRPr="00306265">
                <w:rPr>
                  <w:rStyle w:val="aff8"/>
                  <w:lang w:val="ru-RU"/>
                </w:rPr>
                <w:t>://</w:t>
              </w:r>
              <w:r w:rsidR="0016660C" w:rsidRPr="00306265">
                <w:rPr>
                  <w:rStyle w:val="aff8"/>
                </w:rPr>
                <w:t>volunteer</w:t>
              </w:r>
              <w:r w:rsidR="0016660C" w:rsidRPr="00306265">
                <w:rPr>
                  <w:rStyle w:val="aff8"/>
                  <w:lang w:val="ru-RU"/>
                </w:rPr>
                <w:t>.</w:t>
              </w:r>
              <w:r w:rsidR="0016660C" w:rsidRPr="00306265">
                <w:rPr>
                  <w:rStyle w:val="aff8"/>
                </w:rPr>
                <w:t>limetime</w:t>
              </w:r>
              <w:r w:rsidR="0016660C" w:rsidRPr="00306265">
                <w:rPr>
                  <w:rStyle w:val="aff8"/>
                  <w:lang w:val="ru-RU"/>
                </w:rPr>
                <w:t>.</w:t>
              </w:r>
              <w:r w:rsidR="0016660C" w:rsidRPr="00306265">
                <w:rPr>
                  <w:rStyle w:val="aff8"/>
                </w:rPr>
                <w:t>io</w:t>
              </w:r>
              <w:r w:rsidR="0016660C" w:rsidRPr="00306265">
                <w:rPr>
                  <w:rStyle w:val="aff8"/>
                  <w:lang w:val="ru-RU"/>
                </w:rPr>
                <w:t>/</w:t>
              </w:r>
              <w:r w:rsidR="0016660C" w:rsidRPr="00306265">
                <w:rPr>
                  <w:rStyle w:val="aff8"/>
                </w:rPr>
                <w:t>express</w:t>
              </w:r>
              <w:r w:rsidR="0016660C" w:rsidRPr="00306265">
                <w:rPr>
                  <w:rStyle w:val="aff8"/>
                  <w:lang w:val="ru-RU"/>
                </w:rPr>
                <w:t>/923</w:t>
              </w:r>
              <w:r w:rsidR="0016660C" w:rsidRPr="00306265">
                <w:rPr>
                  <w:rStyle w:val="aff8"/>
                </w:rPr>
                <w:t>f</w:t>
              </w:r>
              <w:r w:rsidR="0016660C" w:rsidRPr="00306265">
                <w:rPr>
                  <w:rStyle w:val="aff8"/>
                  <w:lang w:val="ru-RU"/>
                </w:rPr>
                <w:t>5</w:t>
              </w:r>
              <w:r w:rsidR="0016660C" w:rsidRPr="00306265">
                <w:rPr>
                  <w:rStyle w:val="aff8"/>
                </w:rPr>
                <w:t>eab</w:t>
              </w:r>
              <w:r w:rsidR="0016660C" w:rsidRPr="00306265">
                <w:rPr>
                  <w:rStyle w:val="aff8"/>
                  <w:lang w:val="ru-RU"/>
                </w:rPr>
                <w:t>-27</w:t>
              </w:r>
              <w:r w:rsidR="0016660C" w:rsidRPr="00306265">
                <w:rPr>
                  <w:rStyle w:val="aff8"/>
                </w:rPr>
                <w:t>f</w:t>
              </w:r>
              <w:r w:rsidR="0016660C" w:rsidRPr="00306265">
                <w:rPr>
                  <w:rStyle w:val="aff8"/>
                  <w:lang w:val="ru-RU"/>
                </w:rPr>
                <w:t>2-4</w:t>
              </w:r>
              <w:r w:rsidR="0016660C" w:rsidRPr="00306265">
                <w:rPr>
                  <w:rStyle w:val="aff8"/>
                </w:rPr>
                <w:t>f</w:t>
              </w:r>
              <w:r w:rsidR="0016660C" w:rsidRPr="00306265">
                <w:rPr>
                  <w:rStyle w:val="aff8"/>
                  <w:lang w:val="ru-RU"/>
                </w:rPr>
                <w:t>40-88</w:t>
              </w:r>
              <w:r w:rsidR="0016660C" w:rsidRPr="00306265">
                <w:rPr>
                  <w:rStyle w:val="aff8"/>
                </w:rPr>
                <w:t>c</w:t>
              </w:r>
              <w:r w:rsidR="0016660C" w:rsidRPr="00306265">
                <w:rPr>
                  <w:rStyle w:val="aff8"/>
                  <w:lang w:val="ru-RU"/>
                </w:rPr>
                <w:t>6-</w:t>
              </w:r>
              <w:r w:rsidR="0016660C" w:rsidRPr="00306265">
                <w:rPr>
                  <w:rStyle w:val="aff8"/>
                </w:rPr>
                <w:t>f</w:t>
              </w:r>
              <w:r w:rsidR="0016660C" w:rsidRPr="00306265">
                <w:rPr>
                  <w:rStyle w:val="aff8"/>
                  <w:lang w:val="ru-RU"/>
                </w:rPr>
                <w:t>0</w:t>
              </w:r>
              <w:r w:rsidR="0016660C" w:rsidRPr="00306265">
                <w:rPr>
                  <w:rStyle w:val="aff8"/>
                </w:rPr>
                <w:t>d</w:t>
              </w:r>
              <w:r w:rsidR="0016660C" w:rsidRPr="00306265">
                <w:rPr>
                  <w:rStyle w:val="aff8"/>
                  <w:lang w:val="ru-RU"/>
                </w:rPr>
                <w:t>1457</w:t>
              </w:r>
              <w:r w:rsidR="0016660C" w:rsidRPr="00306265">
                <w:rPr>
                  <w:rStyle w:val="aff8"/>
                </w:rPr>
                <w:t>dee</w:t>
              </w:r>
              <w:r w:rsidR="0016660C" w:rsidRPr="00306265">
                <w:rPr>
                  <w:rStyle w:val="aff8"/>
                  <w:lang w:val="ru-RU"/>
                </w:rPr>
                <w:t>74/0756</w:t>
              </w:r>
              <w:r w:rsidR="0016660C" w:rsidRPr="00306265">
                <w:rPr>
                  <w:rStyle w:val="aff8"/>
                </w:rPr>
                <w:t>d</w:t>
              </w:r>
              <w:r w:rsidR="0016660C" w:rsidRPr="00306265">
                <w:rPr>
                  <w:rStyle w:val="aff8"/>
                  <w:lang w:val="ru-RU"/>
                </w:rPr>
                <w:t>004-</w:t>
              </w:r>
              <w:r w:rsidR="0016660C" w:rsidRPr="00306265">
                <w:rPr>
                  <w:rStyle w:val="aff8"/>
                </w:rPr>
                <w:t>a</w:t>
              </w:r>
              <w:r w:rsidR="0016660C" w:rsidRPr="00306265">
                <w:rPr>
                  <w:rStyle w:val="aff8"/>
                  <w:lang w:val="ru-RU"/>
                </w:rPr>
                <w:t>6</w:t>
              </w:r>
              <w:r w:rsidR="0016660C" w:rsidRPr="00306265">
                <w:rPr>
                  <w:rStyle w:val="aff8"/>
                </w:rPr>
                <w:t>f</w:t>
              </w:r>
              <w:r w:rsidR="0016660C" w:rsidRPr="00306265">
                <w:rPr>
                  <w:rStyle w:val="aff8"/>
                  <w:lang w:val="ru-RU"/>
                </w:rPr>
                <w:t>7-4637-84</w:t>
              </w:r>
              <w:r w:rsidR="0016660C" w:rsidRPr="00306265">
                <w:rPr>
                  <w:rStyle w:val="aff8"/>
                </w:rPr>
                <w:t>f</w:t>
              </w:r>
              <w:r w:rsidR="0016660C" w:rsidRPr="00306265">
                <w:rPr>
                  <w:rStyle w:val="aff8"/>
                  <w:lang w:val="ru-RU"/>
                </w:rPr>
                <w:t>9-4</w:t>
              </w:r>
              <w:r w:rsidR="0016660C" w:rsidRPr="00306265">
                <w:rPr>
                  <w:rStyle w:val="aff8"/>
                </w:rPr>
                <w:t>d</w:t>
              </w:r>
              <w:r w:rsidR="0016660C" w:rsidRPr="00306265">
                <w:rPr>
                  <w:rStyle w:val="aff8"/>
                  <w:lang w:val="ru-RU"/>
                </w:rPr>
                <w:t>05</w:t>
              </w:r>
              <w:r w:rsidR="0016660C" w:rsidRPr="00306265">
                <w:rPr>
                  <w:rStyle w:val="aff8"/>
                </w:rPr>
                <w:t>c</w:t>
              </w:r>
              <w:r w:rsidR="0016660C" w:rsidRPr="00306265">
                <w:rPr>
                  <w:rStyle w:val="aff8"/>
                  <w:lang w:val="ru-RU"/>
                </w:rPr>
                <w:t>5645</w:t>
              </w:r>
              <w:r w:rsidR="0016660C" w:rsidRPr="00306265">
                <w:rPr>
                  <w:rStyle w:val="aff8"/>
                </w:rPr>
                <w:t>d</w:t>
              </w:r>
              <w:r w:rsidR="0016660C" w:rsidRPr="00306265">
                <w:rPr>
                  <w:rStyle w:val="aff8"/>
                  <w:lang w:val="ru-RU"/>
                </w:rPr>
                <w:t>8</w:t>
              </w:r>
              <w:r w:rsidR="0016660C" w:rsidRPr="00306265">
                <w:rPr>
                  <w:rStyle w:val="aff8"/>
                </w:rPr>
                <w:t>b</w:t>
              </w:r>
              <w:r w:rsidR="0016660C" w:rsidRPr="00306265">
                <w:rPr>
                  <w:rStyle w:val="aff8"/>
                  <w:lang w:val="ru-RU"/>
                </w:rPr>
                <w:t>/</w:t>
              </w:r>
              <w:r w:rsidR="0016660C" w:rsidRPr="00306265">
                <w:rPr>
                  <w:rStyle w:val="aff8"/>
                </w:rPr>
                <w:t>addOrEdit</w:t>
              </w:r>
            </w:hyperlink>
            <w:r w:rsidR="0016660C">
              <w:rPr>
                <w:lang w:val="ru-RU"/>
              </w:rPr>
              <w:t xml:space="preserve"> </w:t>
            </w:r>
          </w:p>
        </w:tc>
        <w:tc>
          <w:tcPr>
            <w:tcW w:w="5071" w:type="dxa"/>
            <w:tcBorders>
              <w:top w:val="single" w:sz="8" w:space="0" w:color="000000"/>
              <w:left w:val="single" w:sz="8" w:space="0" w:color="000000"/>
              <w:bottom w:val="single" w:sz="8" w:space="0" w:color="000000"/>
              <w:right w:val="single" w:sz="8" w:space="0" w:color="000000"/>
            </w:tcBorders>
            <w:vAlign w:val="center"/>
          </w:tcPr>
          <w:p w14:paraId="067A62BA" w14:textId="77777777" w:rsidR="00995F90" w:rsidRDefault="0016660C">
            <w:pPr>
              <w:spacing w:after="0" w:line="240" w:lineRule="auto"/>
              <w:jc w:val="center"/>
            </w:pPr>
            <w:r>
              <w:rPr>
                <w:b/>
                <w:noProof/>
                <w:sz w:val="22"/>
              </w:rPr>
              <w:drawing>
                <wp:inline distT="0" distB="0" distL="0" distR="0" wp14:anchorId="4225AFD0" wp14:editId="3AD69B66">
                  <wp:extent cx="2428875" cy="24288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gistration.png"/>
                          <pic:cNvPicPr/>
                        </pic:nvPicPr>
                        <pic:blipFill>
                          <a:blip r:embed="rId9"/>
                          <a:stretch>
                            <a:fillRect/>
                          </a:stretch>
                        </pic:blipFill>
                        <pic:spPr>
                          <a:xfrm>
                            <a:off x="0" y="0"/>
                            <a:ext cx="2428875" cy="2428875"/>
                          </a:xfrm>
                          <a:prstGeom prst="rect">
                            <a:avLst/>
                          </a:prstGeom>
                        </pic:spPr>
                      </pic:pic>
                    </a:graphicData>
                  </a:graphic>
                </wp:inline>
              </w:drawing>
            </w:r>
            <w:r w:rsidR="003D2A82">
              <w:rPr>
                <w:b/>
                <w:sz w:val="22"/>
              </w:rPr>
              <w:br/>
            </w:r>
          </w:p>
        </w:tc>
      </w:tr>
    </w:tbl>
    <w:p w14:paraId="0DD54E1C" w14:textId="77777777" w:rsidR="00995F90" w:rsidRPr="0016660C" w:rsidRDefault="003D2A82">
      <w:pPr>
        <w:spacing w:after="0" w:line="240" w:lineRule="auto"/>
        <w:ind w:firstLine="709"/>
        <w:jc w:val="both"/>
        <w:rPr>
          <w:lang w:val="ru-RU"/>
        </w:rPr>
      </w:pPr>
      <w:r w:rsidRPr="0016660C">
        <w:rPr>
          <w:lang w:val="ru-RU"/>
        </w:rPr>
        <w:t>6.2. При регистрации собираются только сведения, необходимые для организации Мероприятия: фамилия, имя, отчество, дата рождения, пол, контактный телефон, адрес электронной почты (при наличии), контакт для экстренной связи, стартовый номер и спортивный результат.</w:t>
      </w:r>
    </w:p>
    <w:p w14:paraId="4B2251C0" w14:textId="77777777" w:rsidR="00995F90" w:rsidRPr="0016660C" w:rsidRDefault="003D2A82">
      <w:pPr>
        <w:spacing w:after="0" w:line="240" w:lineRule="auto"/>
        <w:ind w:firstLine="709"/>
        <w:jc w:val="both"/>
        <w:rPr>
          <w:lang w:val="ru-RU"/>
        </w:rPr>
      </w:pPr>
      <w:r w:rsidRPr="0016660C">
        <w:rPr>
          <w:lang w:val="ru-RU"/>
        </w:rPr>
        <w:t>6.3. Электронная регистрация является предварительной. Окончательный допуск осуществляется на месте проведения после проверки документов и обязательного реквизита, прохождения инструктажа и подписания отдельных форм согласий.</w:t>
      </w:r>
    </w:p>
    <w:p w14:paraId="7EA71AD2" w14:textId="77777777" w:rsidR="00995F90" w:rsidRPr="0016660C" w:rsidRDefault="003D2A82">
      <w:pPr>
        <w:spacing w:after="0" w:line="240" w:lineRule="auto"/>
        <w:ind w:firstLine="709"/>
        <w:jc w:val="both"/>
        <w:rPr>
          <w:lang w:val="ru-RU"/>
        </w:rPr>
      </w:pPr>
      <w:r w:rsidRPr="0016660C">
        <w:rPr>
          <w:lang w:val="ru-RU"/>
        </w:rPr>
        <w:t>6.4. Организатор вправе установить максимальное количество участников и завершить регистрацию досрочно после достижения установленного лимита.</w:t>
      </w:r>
    </w:p>
    <w:p w14:paraId="6BBCF5F4" w14:textId="77777777" w:rsidR="00995F90" w:rsidRPr="0016660C" w:rsidRDefault="003D2A82">
      <w:pPr>
        <w:keepNext/>
        <w:spacing w:before="160" w:after="80" w:line="240" w:lineRule="auto"/>
        <w:jc w:val="center"/>
        <w:rPr>
          <w:lang w:val="ru-RU"/>
        </w:rPr>
      </w:pPr>
      <w:r w:rsidRPr="0016660C">
        <w:rPr>
          <w:b/>
          <w:lang w:val="ru-RU"/>
        </w:rPr>
        <w:t>7. ДИСТАНЦИЯ И ПРАВИЛА ПРОХОЖДЕНИЯ</w:t>
      </w:r>
    </w:p>
    <w:p w14:paraId="4B3481A8" w14:textId="77777777" w:rsidR="00995F90" w:rsidRPr="0016660C" w:rsidRDefault="003D2A82">
      <w:pPr>
        <w:spacing w:after="0" w:line="240" w:lineRule="auto"/>
        <w:ind w:firstLine="709"/>
        <w:jc w:val="both"/>
        <w:rPr>
          <w:lang w:val="ru-RU"/>
        </w:rPr>
      </w:pPr>
      <w:r w:rsidRPr="0016660C">
        <w:rPr>
          <w:lang w:val="ru-RU"/>
        </w:rPr>
        <w:t>7.1. Длина дистанции — 1000 метров.</w:t>
      </w:r>
    </w:p>
    <w:p w14:paraId="385EF927" w14:textId="77777777" w:rsidR="00995F90" w:rsidRPr="0016660C" w:rsidRDefault="003D2A82">
      <w:pPr>
        <w:spacing w:after="0" w:line="240" w:lineRule="auto"/>
        <w:ind w:firstLine="709"/>
        <w:jc w:val="both"/>
        <w:rPr>
          <w:lang w:val="ru-RU"/>
        </w:rPr>
      </w:pPr>
      <w:r w:rsidRPr="0016660C">
        <w:rPr>
          <w:lang w:val="ru-RU"/>
        </w:rPr>
        <w:t>7.2. Трасса прокладывается по береговой территории Старого озера. Заход участников в воду при прохождении дистанции не предусматривается и запрещается.</w:t>
      </w:r>
    </w:p>
    <w:p w14:paraId="2E890EF5" w14:textId="77777777" w:rsidR="00995F90" w:rsidRPr="0016660C" w:rsidRDefault="003D2A82">
      <w:pPr>
        <w:spacing w:after="0" w:line="240" w:lineRule="auto"/>
        <w:ind w:firstLine="709"/>
        <w:jc w:val="both"/>
        <w:rPr>
          <w:lang w:val="ru-RU"/>
        </w:rPr>
      </w:pPr>
      <w:r w:rsidRPr="0016660C">
        <w:rPr>
          <w:lang w:val="ru-RU"/>
        </w:rPr>
        <w:t>7.3. В течение всей дистанции участник должен иметь при себе исправный надувной плавательный круг и не менее трёх отдельных атрибутов пляжной тематики. Рекомендуемый способ использования круга — круг надет на туловище в области талии и не препятствует обзору и свободному движению.</w:t>
      </w:r>
    </w:p>
    <w:p w14:paraId="5B0F92E9" w14:textId="77777777" w:rsidR="00995F90" w:rsidRPr="0016660C" w:rsidRDefault="003D2A82">
      <w:pPr>
        <w:spacing w:after="0" w:line="240" w:lineRule="auto"/>
        <w:ind w:firstLine="709"/>
        <w:jc w:val="both"/>
        <w:rPr>
          <w:lang w:val="ru-RU"/>
        </w:rPr>
      </w:pPr>
      <w:r w:rsidRPr="0016660C">
        <w:rPr>
          <w:lang w:val="ru-RU"/>
        </w:rPr>
        <w:t>7.4. К пляжным атрибутам могут относиться элементы одежды и аксессуары пляжной тематики, например: панама или соломенная шляпа, солнцезащитные очки, гавайская рубашка, цветочный венок, парео, пляжная сумка, нарукавники и иные безопасные тематические элементы. Каждый отдельный предмет засчитывается как один атрибут. Окончательное решение о соответствии реквизита пляжной тематике принимает регистрационная комиссия или главный судья.</w:t>
      </w:r>
    </w:p>
    <w:p w14:paraId="7F83E08A" w14:textId="77777777" w:rsidR="00995F90" w:rsidRPr="0016660C" w:rsidRDefault="003D2A82">
      <w:pPr>
        <w:spacing w:after="0" w:line="240" w:lineRule="auto"/>
        <w:ind w:firstLine="709"/>
        <w:jc w:val="both"/>
        <w:rPr>
          <w:lang w:val="ru-RU"/>
        </w:rPr>
      </w:pPr>
      <w:r w:rsidRPr="0016660C">
        <w:rPr>
          <w:lang w:val="ru-RU"/>
        </w:rPr>
        <w:t>7.5. Передача круга или пляжных атрибутов другому участнику, намеренное сокращение маршрута, создание помех другим участникам, толчки, захваты, опасные манёвры и неспортивное поведение запрещены.</w:t>
      </w:r>
    </w:p>
    <w:p w14:paraId="0149FD8E" w14:textId="77777777" w:rsidR="00995F90" w:rsidRPr="0016660C" w:rsidRDefault="003D2A82">
      <w:pPr>
        <w:spacing w:after="0" w:line="240" w:lineRule="auto"/>
        <w:ind w:firstLine="709"/>
        <w:jc w:val="both"/>
        <w:rPr>
          <w:lang w:val="ru-RU"/>
        </w:rPr>
      </w:pPr>
      <w:r w:rsidRPr="0016660C">
        <w:rPr>
          <w:lang w:val="ru-RU"/>
        </w:rPr>
        <w:t>7.6. Надувной круг и пляжные атрибуты должны быть исправными, не иметь острых элементов и выступающих деталей, не закрывать обзор, не сковывать движения и не создавать риск падения или зацепления. Надувной круг является тематическим реквизитом и не заменяет сертифицированное спасательное средство. Участие босиком, в шлёпанцах или иной обуви, не предназначенной для бега, не допускается.</w:t>
      </w:r>
    </w:p>
    <w:p w14:paraId="0E90E7F6" w14:textId="77777777" w:rsidR="00995F90" w:rsidRPr="0016660C" w:rsidRDefault="003D2A82">
      <w:pPr>
        <w:spacing w:after="0" w:line="240" w:lineRule="auto"/>
        <w:ind w:firstLine="709"/>
        <w:jc w:val="both"/>
        <w:rPr>
          <w:lang w:val="ru-RU"/>
        </w:rPr>
      </w:pPr>
      <w:r w:rsidRPr="0016660C">
        <w:rPr>
          <w:lang w:val="ru-RU"/>
        </w:rPr>
        <w:t>7.7. Участник обязан двигаться только по размеченной трассе и выполнять указания судей, волонтёров, медицинских работников и сотрудников служб безопасности.</w:t>
      </w:r>
    </w:p>
    <w:p w14:paraId="681F84C2" w14:textId="77777777" w:rsidR="00995F90" w:rsidRPr="0016660C" w:rsidRDefault="003D2A82">
      <w:pPr>
        <w:spacing w:after="0" w:line="240" w:lineRule="auto"/>
        <w:ind w:firstLine="709"/>
        <w:jc w:val="both"/>
        <w:rPr>
          <w:lang w:val="ru-RU"/>
        </w:rPr>
      </w:pPr>
      <w:r w:rsidRPr="0016660C">
        <w:rPr>
          <w:lang w:val="ru-RU"/>
        </w:rPr>
        <w:lastRenderedPageBreak/>
        <w:t>7.8. Участник, нарушивший маршрут, требования безопасности либо проходящий дистанцию без надувного круга или менее чем с тремя пляжными атрибутами, может быть снят с дистанции решением главного судьи.</w:t>
      </w:r>
    </w:p>
    <w:p w14:paraId="1C34FB41" w14:textId="77777777" w:rsidR="00995F90" w:rsidRPr="0016660C" w:rsidRDefault="003D2A82">
      <w:pPr>
        <w:keepNext/>
        <w:spacing w:before="160" w:after="80" w:line="240" w:lineRule="auto"/>
        <w:jc w:val="center"/>
        <w:rPr>
          <w:lang w:val="ru-RU"/>
        </w:rPr>
      </w:pPr>
      <w:r w:rsidRPr="0016660C">
        <w:rPr>
          <w:b/>
          <w:lang w:val="ru-RU"/>
        </w:rPr>
        <w:t>8. ОПРЕДЕЛЕНИЕ РЕЗУЛЬТАТОВ</w:t>
      </w:r>
    </w:p>
    <w:p w14:paraId="3797B6A5" w14:textId="77777777" w:rsidR="00995F90" w:rsidRPr="0016660C" w:rsidRDefault="003D2A82">
      <w:pPr>
        <w:spacing w:after="0" w:line="240" w:lineRule="auto"/>
        <w:ind w:firstLine="709"/>
        <w:jc w:val="both"/>
        <w:rPr>
          <w:lang w:val="ru-RU"/>
        </w:rPr>
      </w:pPr>
      <w:r w:rsidRPr="0016660C">
        <w:rPr>
          <w:lang w:val="ru-RU"/>
        </w:rPr>
        <w:t>8.1. Победители и призёры определяются по наименьшему времени прохождения дистанции.</w:t>
      </w:r>
    </w:p>
    <w:p w14:paraId="52469D19" w14:textId="77777777" w:rsidR="00995F90" w:rsidRPr="0016660C" w:rsidRDefault="003D2A82">
      <w:pPr>
        <w:spacing w:after="0" w:line="240" w:lineRule="auto"/>
        <w:ind w:firstLine="709"/>
        <w:jc w:val="both"/>
        <w:rPr>
          <w:lang w:val="ru-RU"/>
        </w:rPr>
      </w:pPr>
      <w:r w:rsidRPr="0016660C">
        <w:rPr>
          <w:lang w:val="ru-RU"/>
        </w:rPr>
        <w:t>8.2. Итоги подводятся в единой возрастной категории «18 лет и старше» раздельно среди:</w:t>
      </w:r>
    </w:p>
    <w:p w14:paraId="7A05BB05" w14:textId="77777777" w:rsidR="00995F90" w:rsidRPr="0016660C" w:rsidRDefault="003D2A82">
      <w:pPr>
        <w:spacing w:after="0" w:line="240" w:lineRule="auto"/>
        <w:ind w:left="425" w:hanging="283"/>
        <w:jc w:val="both"/>
        <w:rPr>
          <w:lang w:val="ru-RU"/>
        </w:rPr>
      </w:pPr>
      <w:r w:rsidRPr="0016660C">
        <w:rPr>
          <w:lang w:val="ru-RU"/>
        </w:rPr>
        <w:t>– мужчин;</w:t>
      </w:r>
    </w:p>
    <w:p w14:paraId="48E4A115" w14:textId="77777777" w:rsidR="00995F90" w:rsidRPr="0016660C" w:rsidRDefault="003D2A82">
      <w:pPr>
        <w:spacing w:after="0" w:line="240" w:lineRule="auto"/>
        <w:ind w:left="425" w:hanging="283"/>
        <w:jc w:val="both"/>
        <w:rPr>
          <w:lang w:val="ru-RU"/>
        </w:rPr>
      </w:pPr>
      <w:r w:rsidRPr="0016660C">
        <w:rPr>
          <w:lang w:val="ru-RU"/>
        </w:rPr>
        <w:t>– женщин.</w:t>
      </w:r>
    </w:p>
    <w:p w14:paraId="06047C9F" w14:textId="77777777" w:rsidR="00995F90" w:rsidRPr="0016660C" w:rsidRDefault="003D2A82">
      <w:pPr>
        <w:spacing w:after="0" w:line="240" w:lineRule="auto"/>
        <w:ind w:firstLine="709"/>
        <w:jc w:val="both"/>
        <w:rPr>
          <w:lang w:val="ru-RU"/>
        </w:rPr>
      </w:pPr>
      <w:r w:rsidRPr="0016660C">
        <w:rPr>
          <w:lang w:val="ru-RU"/>
        </w:rPr>
        <w:t>8.3. В каждой категории определяются победитель и призёры, занявшие 1-е, 2-е и 3-е места.</w:t>
      </w:r>
    </w:p>
    <w:p w14:paraId="752D9901" w14:textId="77777777" w:rsidR="00995F90" w:rsidRPr="0016660C" w:rsidRDefault="003D2A82">
      <w:pPr>
        <w:spacing w:after="0" w:line="240" w:lineRule="auto"/>
        <w:ind w:firstLine="709"/>
        <w:jc w:val="both"/>
        <w:rPr>
          <w:lang w:val="ru-RU"/>
        </w:rPr>
      </w:pPr>
      <w:r w:rsidRPr="0016660C">
        <w:rPr>
          <w:lang w:val="ru-RU"/>
        </w:rPr>
        <w:t>8.4. Победители и призёры определяются отдельно среди мужчин и женщин. Принадлежность участника к соответствующей категории определяется на основании сведений, указанных при регистрации.</w:t>
      </w:r>
    </w:p>
    <w:p w14:paraId="7153B2DF" w14:textId="77777777" w:rsidR="00995F90" w:rsidRPr="0016660C" w:rsidRDefault="003D2A82">
      <w:pPr>
        <w:spacing w:after="0" w:line="240" w:lineRule="auto"/>
        <w:ind w:firstLine="709"/>
        <w:jc w:val="both"/>
        <w:rPr>
          <w:lang w:val="ru-RU"/>
        </w:rPr>
      </w:pPr>
      <w:r w:rsidRPr="0016660C">
        <w:rPr>
          <w:lang w:val="ru-RU"/>
        </w:rPr>
        <w:t>8.5. При равенстве результата итоговое решение принимает главный судья с учётом данных хронометража и порядка пересечения финишной линии.</w:t>
      </w:r>
    </w:p>
    <w:p w14:paraId="33020A6D" w14:textId="77777777" w:rsidR="00995F90" w:rsidRPr="0016660C" w:rsidRDefault="003D2A82">
      <w:pPr>
        <w:keepNext/>
        <w:spacing w:before="160" w:after="80" w:line="240" w:lineRule="auto"/>
        <w:jc w:val="center"/>
        <w:rPr>
          <w:lang w:val="ru-RU"/>
        </w:rPr>
      </w:pPr>
      <w:r w:rsidRPr="0016660C">
        <w:rPr>
          <w:b/>
          <w:lang w:val="ru-RU"/>
        </w:rPr>
        <w:t>9. НАГРАЖДЕНИЕ</w:t>
      </w:r>
    </w:p>
    <w:p w14:paraId="7056C359" w14:textId="77777777" w:rsidR="00995F90" w:rsidRPr="0016660C" w:rsidRDefault="003D2A82">
      <w:pPr>
        <w:spacing w:after="0" w:line="240" w:lineRule="auto"/>
        <w:ind w:firstLine="709"/>
        <w:jc w:val="both"/>
        <w:rPr>
          <w:lang w:val="ru-RU"/>
        </w:rPr>
      </w:pPr>
      <w:r w:rsidRPr="0016660C">
        <w:rPr>
          <w:lang w:val="ru-RU"/>
        </w:rPr>
        <w:t>9.1. Победители и призёры отдельно среди мужчин и женщин награждаются медалями и призами от управления по культуре, курорту, спорту и туризму администрации города-курорта Кисловодска.</w:t>
      </w:r>
    </w:p>
    <w:p w14:paraId="4B911FAC" w14:textId="77777777" w:rsidR="00995F90" w:rsidRPr="0016660C" w:rsidRDefault="003D2A82">
      <w:pPr>
        <w:spacing w:after="0" w:line="240" w:lineRule="auto"/>
        <w:ind w:firstLine="709"/>
        <w:jc w:val="both"/>
        <w:rPr>
          <w:lang w:val="ru-RU"/>
        </w:rPr>
      </w:pPr>
      <w:r w:rsidRPr="0016660C">
        <w:rPr>
          <w:lang w:val="ru-RU"/>
        </w:rPr>
        <w:t>9.2. Организатор вправе предусмотреть дополнительные номинации, памятные подарки и поощрения за лучший тематический образ, оригинальность пляжных атрибутов и соблюдение принципов честной борьбы.</w:t>
      </w:r>
    </w:p>
    <w:p w14:paraId="1978EA85" w14:textId="77777777" w:rsidR="00995F90" w:rsidRPr="0016660C" w:rsidRDefault="003D2A82">
      <w:pPr>
        <w:keepNext/>
        <w:spacing w:before="160" w:after="80" w:line="240" w:lineRule="auto"/>
        <w:jc w:val="center"/>
        <w:rPr>
          <w:lang w:val="ru-RU"/>
        </w:rPr>
      </w:pPr>
      <w:r w:rsidRPr="0016660C">
        <w:rPr>
          <w:b/>
          <w:lang w:val="ru-RU"/>
        </w:rPr>
        <w:t>10. МЕРЫ БЕЗОПАСНОСТИ И ОТВЕТСТВЕННОСТЬ</w:t>
      </w:r>
    </w:p>
    <w:p w14:paraId="4EC9AC69" w14:textId="77777777" w:rsidR="00995F90" w:rsidRPr="0016660C" w:rsidRDefault="003D2A82">
      <w:pPr>
        <w:spacing w:after="0" w:line="240" w:lineRule="auto"/>
        <w:ind w:firstLine="709"/>
        <w:jc w:val="both"/>
        <w:rPr>
          <w:lang w:val="ru-RU"/>
        </w:rPr>
      </w:pPr>
      <w:r w:rsidRPr="0016660C">
        <w:rPr>
          <w:lang w:val="ru-RU"/>
        </w:rPr>
        <w:t>10.1. Организатор обеспечивает подготовку и разметку трассы, проведение инструктажа, судейское сопровождение, взаимодействие с медицинскими работниками, спасательными и иными уполномоченными службами в объёме, необходимом для безопасного проведения Мероприятия.</w:t>
      </w:r>
    </w:p>
    <w:p w14:paraId="29E8058C" w14:textId="77777777" w:rsidR="00995F90" w:rsidRPr="0016660C" w:rsidRDefault="003D2A82">
      <w:pPr>
        <w:spacing w:after="0" w:line="240" w:lineRule="auto"/>
        <w:ind w:firstLine="709"/>
        <w:jc w:val="both"/>
        <w:rPr>
          <w:lang w:val="ru-RU"/>
        </w:rPr>
      </w:pPr>
      <w:r w:rsidRPr="0016660C">
        <w:rPr>
          <w:lang w:val="ru-RU"/>
        </w:rPr>
        <w:t>10.2. Каждый участник самостоятельно оценивает своё физическое состояние и возможность преодоления дистанции, подтверждает отсутствие известных ему медицинских противопоказаний и обязуется соблюдать настоящий Регламент и указания организаторов.</w:t>
      </w:r>
    </w:p>
    <w:p w14:paraId="452997B0" w14:textId="77777777" w:rsidR="00995F90" w:rsidRPr="0016660C" w:rsidRDefault="003D2A82">
      <w:pPr>
        <w:spacing w:after="0" w:line="240" w:lineRule="auto"/>
        <w:ind w:firstLine="709"/>
        <w:jc w:val="both"/>
        <w:rPr>
          <w:lang w:val="ru-RU"/>
        </w:rPr>
      </w:pPr>
      <w:r w:rsidRPr="0016660C">
        <w:rPr>
          <w:lang w:val="ru-RU"/>
        </w:rPr>
        <w:t>10.3. Участник обязан немедленно прекратить движение и обратиться за помощью при ухудшении самочувствия, травме, головокружении, боли, затруднении дыхания или иных опасных симптомах.</w:t>
      </w:r>
    </w:p>
    <w:p w14:paraId="67AD0DE2" w14:textId="77777777" w:rsidR="00995F90" w:rsidRPr="0016660C" w:rsidRDefault="003D2A82">
      <w:pPr>
        <w:spacing w:after="0" w:line="240" w:lineRule="auto"/>
        <w:ind w:firstLine="709"/>
        <w:jc w:val="both"/>
        <w:rPr>
          <w:lang w:val="ru-RU"/>
        </w:rPr>
      </w:pPr>
      <w:r w:rsidRPr="0016660C">
        <w:rPr>
          <w:lang w:val="ru-RU"/>
        </w:rPr>
        <w:t>10.4. Участник осознаёт естественные риски активного мероприятия на открытой местности, включая падение, столкновение, влияние погодных условий и физическое перенапряжение, и добровольно принимает решение об участии.</w:t>
      </w:r>
    </w:p>
    <w:p w14:paraId="74FA73DC" w14:textId="77777777" w:rsidR="00995F90" w:rsidRPr="0016660C" w:rsidRDefault="003D2A82">
      <w:pPr>
        <w:spacing w:after="0" w:line="240" w:lineRule="auto"/>
        <w:ind w:firstLine="709"/>
        <w:jc w:val="both"/>
        <w:rPr>
          <w:lang w:val="ru-RU"/>
        </w:rPr>
      </w:pPr>
      <w:r w:rsidRPr="0016660C">
        <w:rPr>
          <w:lang w:val="ru-RU"/>
        </w:rPr>
        <w:t>10.5. Подписание согласий не освобождает организатора и иных ответственных лиц от обязанностей и ответственности, установленных законодательством Российской Федерации.</w:t>
      </w:r>
    </w:p>
    <w:p w14:paraId="473BBA2E" w14:textId="77777777" w:rsidR="00995F90" w:rsidRPr="0016660C" w:rsidRDefault="003D2A82">
      <w:pPr>
        <w:spacing w:after="0" w:line="240" w:lineRule="auto"/>
        <w:ind w:firstLine="709"/>
        <w:jc w:val="both"/>
        <w:rPr>
          <w:lang w:val="ru-RU"/>
        </w:rPr>
      </w:pPr>
      <w:r w:rsidRPr="0016660C">
        <w:rPr>
          <w:lang w:val="ru-RU"/>
        </w:rPr>
        <w:t>10.6. Организатор не отвечает за личные вещи, оставленные без присмотра, а также за последствия сокрытия участником сведений о состоянии здоровья либо невыполнения обязательных указаний по безопасности.</w:t>
      </w:r>
    </w:p>
    <w:p w14:paraId="596248E8" w14:textId="77777777" w:rsidR="00995F90" w:rsidRPr="0016660C" w:rsidRDefault="003D2A82">
      <w:pPr>
        <w:keepNext/>
        <w:spacing w:before="160" w:after="80" w:line="240" w:lineRule="auto"/>
        <w:jc w:val="center"/>
        <w:rPr>
          <w:lang w:val="ru-RU"/>
        </w:rPr>
      </w:pPr>
      <w:r w:rsidRPr="0016660C">
        <w:rPr>
          <w:b/>
          <w:lang w:val="ru-RU"/>
        </w:rPr>
        <w:t>11. ПЕРСОНАЛЬНЫЕ ДАННЫЕ, ПУБЛИКАЦИЯ РЕЗУЛЬТАТОВ И ФОТОСЪЁМКА</w:t>
      </w:r>
    </w:p>
    <w:p w14:paraId="2A93D016" w14:textId="77777777" w:rsidR="00995F90" w:rsidRPr="0016660C" w:rsidRDefault="003D2A82">
      <w:pPr>
        <w:spacing w:after="0" w:line="240" w:lineRule="auto"/>
        <w:ind w:firstLine="709"/>
        <w:jc w:val="both"/>
        <w:rPr>
          <w:lang w:val="ru-RU"/>
        </w:rPr>
      </w:pPr>
      <w:r w:rsidRPr="0016660C">
        <w:rPr>
          <w:lang w:val="ru-RU"/>
        </w:rPr>
        <w:t>11.1. Обработка персональных данных участника осуществляется только при наличии отдельно оформленного согласия по форме приложения № 2.</w:t>
      </w:r>
    </w:p>
    <w:p w14:paraId="03A2B3BD" w14:textId="77777777" w:rsidR="00995F90" w:rsidRPr="0016660C" w:rsidRDefault="003D2A82">
      <w:pPr>
        <w:spacing w:after="0" w:line="240" w:lineRule="auto"/>
        <w:ind w:firstLine="709"/>
        <w:jc w:val="both"/>
        <w:rPr>
          <w:lang w:val="ru-RU"/>
        </w:rPr>
      </w:pPr>
      <w:r w:rsidRPr="0016660C">
        <w:rPr>
          <w:lang w:val="ru-RU"/>
        </w:rPr>
        <w:t xml:space="preserve">11.2. Публикация фамилии, имени, отчества, даты или года рождения, стартового номера, результата, занятого места, номинации, а также размещение фото- и видеоматериалов, </w:t>
      </w:r>
      <w:r w:rsidRPr="0016660C">
        <w:rPr>
          <w:lang w:val="ru-RU"/>
        </w:rPr>
        <w:lastRenderedPageBreak/>
        <w:t>позволяющих идентифицировать участника, осуществляется при наличии отдельного согласия на распространение персональных данных и использование изображения по форме приложения № 3.</w:t>
      </w:r>
    </w:p>
    <w:p w14:paraId="13D601AD" w14:textId="77777777" w:rsidR="00995F90" w:rsidRPr="0016660C" w:rsidRDefault="003D2A82">
      <w:pPr>
        <w:spacing w:after="0" w:line="240" w:lineRule="auto"/>
        <w:ind w:firstLine="709"/>
        <w:jc w:val="both"/>
        <w:rPr>
          <w:lang w:val="ru-RU"/>
        </w:rPr>
      </w:pPr>
      <w:r w:rsidRPr="0016660C">
        <w:rPr>
          <w:lang w:val="ru-RU"/>
        </w:rPr>
        <w:t>11.3. Отказ от согласия на распространение персональных данных и использование изображения сам по себе не является основанием для отказа в участии. В таком случае результат участника может учитываться организатором без размещения идентифицирующих сведений в открытом доступе.</w:t>
      </w:r>
    </w:p>
    <w:p w14:paraId="140AFD2D" w14:textId="77777777" w:rsidR="00995F90" w:rsidRPr="0016660C" w:rsidRDefault="003D2A82">
      <w:pPr>
        <w:spacing w:after="0" w:line="240" w:lineRule="auto"/>
        <w:ind w:firstLine="709"/>
        <w:jc w:val="both"/>
        <w:rPr>
          <w:lang w:val="ru-RU"/>
        </w:rPr>
      </w:pPr>
      <w:r w:rsidRPr="0016660C">
        <w:rPr>
          <w:lang w:val="ru-RU"/>
        </w:rPr>
        <w:t>11.4. Контактные сведения, адрес проживания, сведения о здоровье и реквизиты документов участника опубликованию не подлежат.</w:t>
      </w:r>
    </w:p>
    <w:p w14:paraId="049F6B16" w14:textId="77777777" w:rsidR="00995F90" w:rsidRPr="0016660C" w:rsidRDefault="003D2A82">
      <w:pPr>
        <w:keepNext/>
        <w:spacing w:before="160" w:after="80" w:line="240" w:lineRule="auto"/>
        <w:jc w:val="center"/>
        <w:rPr>
          <w:lang w:val="ru-RU"/>
        </w:rPr>
      </w:pPr>
      <w:r w:rsidRPr="0016660C">
        <w:rPr>
          <w:b/>
          <w:lang w:val="ru-RU"/>
        </w:rPr>
        <w:t>12. ЗАКЛЮЧИТЕЛЬНЫЕ ПОЛОЖЕНИЯ</w:t>
      </w:r>
    </w:p>
    <w:p w14:paraId="72DBE642" w14:textId="77777777" w:rsidR="00995F90" w:rsidRPr="0016660C" w:rsidRDefault="003D2A82">
      <w:pPr>
        <w:spacing w:after="0" w:line="240" w:lineRule="auto"/>
        <w:ind w:firstLine="709"/>
        <w:jc w:val="both"/>
        <w:rPr>
          <w:lang w:val="ru-RU"/>
        </w:rPr>
      </w:pPr>
      <w:r w:rsidRPr="0016660C">
        <w:rPr>
          <w:lang w:val="ru-RU"/>
        </w:rPr>
        <w:t>12.1. Факт регистрации, прохождения инструктажа и подписания необходимых согласий означает, что участник ознакомлен с настоящим Регламентом, понимает его требования и обязуется их соблюдать.</w:t>
      </w:r>
    </w:p>
    <w:p w14:paraId="791D65D0" w14:textId="77777777" w:rsidR="00995F90" w:rsidRPr="0016660C" w:rsidRDefault="003D2A82">
      <w:pPr>
        <w:spacing w:after="0" w:line="240" w:lineRule="auto"/>
        <w:ind w:firstLine="709"/>
        <w:jc w:val="both"/>
        <w:rPr>
          <w:lang w:val="ru-RU"/>
        </w:rPr>
      </w:pPr>
      <w:r w:rsidRPr="0016660C">
        <w:rPr>
          <w:lang w:val="ru-RU"/>
        </w:rPr>
        <w:t>12.2. Вопросы, не урегулированные настоящим Регламентом, решаются организационным комитетом в соответствии с законодательством Российской Федерации и с учётом приоритета безопасности участников и зрителей.</w:t>
      </w:r>
    </w:p>
    <w:p w14:paraId="77D7D5DE" w14:textId="77777777" w:rsidR="00995F90" w:rsidRPr="0016660C" w:rsidRDefault="003D2A82">
      <w:pPr>
        <w:spacing w:after="0" w:line="240" w:lineRule="auto"/>
        <w:ind w:firstLine="709"/>
        <w:jc w:val="both"/>
        <w:rPr>
          <w:lang w:val="ru-RU"/>
        </w:rPr>
      </w:pPr>
      <w:r w:rsidRPr="0016660C">
        <w:rPr>
          <w:lang w:val="ru-RU"/>
        </w:rPr>
        <w:t>12.3. Оперативная информация, изменения программы и объявления размещаются на официальных информационных ресурсах организатора и по ссылке электронной регистрации.</w:t>
      </w:r>
    </w:p>
    <w:p w14:paraId="2E34A8D9" w14:textId="77777777" w:rsidR="00995F90" w:rsidRPr="0016660C" w:rsidRDefault="003D2A82">
      <w:pPr>
        <w:rPr>
          <w:lang w:val="ru-RU"/>
        </w:rPr>
      </w:pPr>
      <w:r w:rsidRPr="0016660C">
        <w:rPr>
          <w:lang w:val="ru-RU"/>
        </w:rPr>
        <w:br w:type="page"/>
      </w:r>
    </w:p>
    <w:p w14:paraId="353E68C5" w14:textId="77777777" w:rsidR="00995F90" w:rsidRPr="0016660C" w:rsidRDefault="003D2A82">
      <w:pPr>
        <w:spacing w:after="0" w:line="240" w:lineRule="auto"/>
        <w:jc w:val="right"/>
        <w:rPr>
          <w:lang w:val="ru-RU"/>
        </w:rPr>
      </w:pPr>
      <w:r w:rsidRPr="0016660C">
        <w:rPr>
          <w:sz w:val="22"/>
          <w:lang w:val="ru-RU"/>
        </w:rPr>
        <w:lastRenderedPageBreak/>
        <w:t>Приложение № 1</w:t>
      </w:r>
    </w:p>
    <w:p w14:paraId="36462289" w14:textId="77777777" w:rsidR="00995F90" w:rsidRPr="0016660C" w:rsidRDefault="003D2A82">
      <w:pPr>
        <w:spacing w:after="0" w:line="240" w:lineRule="auto"/>
        <w:jc w:val="right"/>
        <w:rPr>
          <w:lang w:val="ru-RU"/>
        </w:rPr>
      </w:pPr>
      <w:r w:rsidRPr="0016660C">
        <w:rPr>
          <w:sz w:val="22"/>
          <w:lang w:val="ru-RU"/>
        </w:rPr>
        <w:t>к Регламенту проведения мероприятия</w:t>
      </w:r>
    </w:p>
    <w:p w14:paraId="3BA7BADC" w14:textId="77777777" w:rsidR="00995F90" w:rsidRPr="0016660C" w:rsidRDefault="003D2A82">
      <w:pPr>
        <w:spacing w:after="160" w:line="240" w:lineRule="auto"/>
        <w:jc w:val="right"/>
        <w:rPr>
          <w:lang w:val="ru-RU"/>
        </w:rPr>
      </w:pPr>
      <w:r w:rsidRPr="0016660C">
        <w:rPr>
          <w:sz w:val="22"/>
          <w:lang w:val="ru-RU"/>
        </w:rPr>
        <w:t>«Пляжный забег в кругах»</w:t>
      </w:r>
    </w:p>
    <w:p w14:paraId="2CB862A3" w14:textId="77777777" w:rsidR="00995F90" w:rsidRPr="0016660C" w:rsidRDefault="003D2A82">
      <w:pPr>
        <w:spacing w:after="20" w:line="240" w:lineRule="auto"/>
        <w:jc w:val="center"/>
        <w:rPr>
          <w:lang w:val="ru-RU"/>
        </w:rPr>
      </w:pPr>
      <w:r w:rsidRPr="0016660C">
        <w:rPr>
          <w:b/>
          <w:lang w:val="ru-RU"/>
        </w:rPr>
        <w:t>СОГЛАСИЕ СОВЕРШЕННОЛЕТНЕГО УЧАСТНИКА</w:t>
      </w:r>
    </w:p>
    <w:p w14:paraId="38ACE374" w14:textId="77777777" w:rsidR="00995F90" w:rsidRPr="0016660C" w:rsidRDefault="003D2A82">
      <w:pPr>
        <w:spacing w:after="20" w:line="240" w:lineRule="auto"/>
        <w:jc w:val="center"/>
        <w:rPr>
          <w:lang w:val="ru-RU"/>
        </w:rPr>
      </w:pPr>
      <w:r w:rsidRPr="0016660C">
        <w:rPr>
          <w:b/>
          <w:sz w:val="21"/>
          <w:lang w:val="ru-RU"/>
        </w:rPr>
        <w:t>на добровольное участие, подтверждение состояния здоровья и принятие естественных рисков</w:t>
      </w:r>
    </w:p>
    <w:p w14:paraId="5B9EA39E" w14:textId="77777777" w:rsidR="00995F90" w:rsidRPr="0016660C" w:rsidRDefault="003D2A82">
      <w:pPr>
        <w:spacing w:after="20" w:line="240" w:lineRule="auto"/>
        <w:rPr>
          <w:lang w:val="ru-RU"/>
        </w:rPr>
      </w:pPr>
      <w:r w:rsidRPr="0016660C">
        <w:rPr>
          <w:sz w:val="21"/>
          <w:lang w:val="ru-RU"/>
        </w:rPr>
        <w:t>Я, ______________________________________________________________________</w:t>
      </w:r>
    </w:p>
    <w:p w14:paraId="6FF7D35D" w14:textId="77777777" w:rsidR="00995F90" w:rsidRPr="0016660C" w:rsidRDefault="003D2A82">
      <w:pPr>
        <w:spacing w:after="20" w:line="240" w:lineRule="auto"/>
        <w:rPr>
          <w:lang w:val="ru-RU"/>
        </w:rPr>
      </w:pPr>
      <w:r w:rsidRPr="0016660C">
        <w:rPr>
          <w:sz w:val="21"/>
          <w:lang w:val="ru-RU"/>
        </w:rPr>
        <w:t>дата рождения «___» ____________ ______ г., документ, удостоверяющий личность: ______________________________________________________________________</w:t>
      </w:r>
    </w:p>
    <w:p w14:paraId="1174975E" w14:textId="77777777" w:rsidR="00995F90" w:rsidRPr="0016660C" w:rsidRDefault="003D2A82">
      <w:pPr>
        <w:spacing w:after="20" w:line="240" w:lineRule="auto"/>
        <w:rPr>
          <w:lang w:val="ru-RU"/>
        </w:rPr>
      </w:pPr>
      <w:r w:rsidRPr="0016660C">
        <w:rPr>
          <w:sz w:val="21"/>
          <w:lang w:val="ru-RU"/>
        </w:rPr>
        <w:t xml:space="preserve"> ______________________________________________________________________</w:t>
      </w:r>
    </w:p>
    <w:p w14:paraId="40DF98F0" w14:textId="77777777" w:rsidR="00995F90" w:rsidRPr="0016660C" w:rsidRDefault="003D2A82">
      <w:pPr>
        <w:spacing w:after="20" w:line="240" w:lineRule="auto"/>
        <w:rPr>
          <w:lang w:val="ru-RU"/>
        </w:rPr>
      </w:pPr>
      <w:r w:rsidRPr="0016660C">
        <w:rPr>
          <w:sz w:val="21"/>
          <w:lang w:val="ru-RU"/>
        </w:rPr>
        <w:t>телефон: ______________________________________________________________________</w:t>
      </w:r>
    </w:p>
    <w:p w14:paraId="5CFAF3F8" w14:textId="77777777" w:rsidR="00995F90" w:rsidRPr="0016660C" w:rsidRDefault="003D2A82">
      <w:pPr>
        <w:spacing w:after="20" w:line="240" w:lineRule="auto"/>
        <w:rPr>
          <w:lang w:val="ru-RU"/>
        </w:rPr>
      </w:pPr>
      <w:r w:rsidRPr="0016660C">
        <w:rPr>
          <w:sz w:val="21"/>
          <w:lang w:val="ru-RU"/>
        </w:rPr>
        <w:t>контактное лицо и телефон на случай экстренной ситуации: ______________________________________________________________________</w:t>
      </w:r>
    </w:p>
    <w:p w14:paraId="226E678F" w14:textId="77777777" w:rsidR="00995F90" w:rsidRPr="0016660C" w:rsidRDefault="003D2A82">
      <w:pPr>
        <w:spacing w:after="80" w:line="240" w:lineRule="auto"/>
        <w:jc w:val="both"/>
        <w:rPr>
          <w:lang w:val="ru-RU"/>
        </w:rPr>
      </w:pPr>
      <w:r w:rsidRPr="0016660C">
        <w:rPr>
          <w:b/>
          <w:lang w:val="ru-RU"/>
        </w:rPr>
        <w:t>настоящим подтверждаю следующее:</w:t>
      </w:r>
    </w:p>
    <w:p w14:paraId="00879319" w14:textId="77777777" w:rsidR="00995F90" w:rsidRPr="0016660C" w:rsidRDefault="003D2A82">
      <w:pPr>
        <w:spacing w:after="40" w:line="240" w:lineRule="auto"/>
        <w:jc w:val="both"/>
        <w:rPr>
          <w:lang w:val="ru-RU"/>
        </w:rPr>
      </w:pPr>
      <w:r w:rsidRPr="0016660C">
        <w:rPr>
          <w:sz w:val="23"/>
          <w:lang w:val="ru-RU"/>
        </w:rPr>
        <w:t>1. Я добровольно принимаю участие в массовом физкультурно-развлекательном мероприятии «Пляжный забег в кругах» на дистанции 1000 метров, проводимом на территории Старого озера в городе-курорте Кисловодске.</w:t>
      </w:r>
    </w:p>
    <w:p w14:paraId="6C22D7C2" w14:textId="77777777" w:rsidR="00995F90" w:rsidRPr="0016660C" w:rsidRDefault="003D2A82">
      <w:pPr>
        <w:spacing w:after="40" w:line="240" w:lineRule="auto"/>
        <w:jc w:val="both"/>
        <w:rPr>
          <w:lang w:val="ru-RU"/>
        </w:rPr>
      </w:pPr>
      <w:r w:rsidRPr="0016660C">
        <w:rPr>
          <w:sz w:val="23"/>
          <w:lang w:val="ru-RU"/>
        </w:rPr>
        <w:t>2. Я ознакомлен(а) с Регламентом Мероприятия, правилами прохождения дистанции и требованиями безопасности, понимаю их и обязуюсь выполнять указания организаторов, судей, медицинских работников, спасателей и волонтёров.</w:t>
      </w:r>
    </w:p>
    <w:p w14:paraId="0FBC17BB" w14:textId="77777777" w:rsidR="00995F90" w:rsidRPr="0016660C" w:rsidRDefault="003D2A82">
      <w:pPr>
        <w:spacing w:after="40" w:line="240" w:lineRule="auto"/>
        <w:jc w:val="both"/>
        <w:rPr>
          <w:lang w:val="ru-RU"/>
        </w:rPr>
      </w:pPr>
      <w:r w:rsidRPr="0016660C">
        <w:rPr>
          <w:sz w:val="23"/>
          <w:lang w:val="ru-RU"/>
        </w:rPr>
        <w:t>3. Я подтверждаю, что по состоянию здоровья способен(на) участвовать в забеге, не имею известных мне медицинских противопоказаний к физической нагрузке и не нахожусь под воздействием алкоголя, наркотических или иных одурманивающих веществ.</w:t>
      </w:r>
    </w:p>
    <w:p w14:paraId="3DE70F51" w14:textId="77777777" w:rsidR="00995F90" w:rsidRPr="0016660C" w:rsidRDefault="003D2A82">
      <w:pPr>
        <w:spacing w:after="40" w:line="240" w:lineRule="auto"/>
        <w:jc w:val="both"/>
        <w:rPr>
          <w:lang w:val="ru-RU"/>
        </w:rPr>
      </w:pPr>
      <w:r w:rsidRPr="0016660C">
        <w:rPr>
          <w:sz w:val="23"/>
          <w:lang w:val="ru-RU"/>
        </w:rPr>
        <w:t>4. Я осознаю, что участие в физкультурном мероприятии на открытой местности связано с естественными рисками, включая падение, столкновение, травму, физическое перенапряжение и влияние погодных условий. Я добровольно принимаю решение об участии и обязуюсь самостоятельно контролировать своё самочувствие.</w:t>
      </w:r>
    </w:p>
    <w:p w14:paraId="64435A9C" w14:textId="77777777" w:rsidR="00995F90" w:rsidRPr="0016660C" w:rsidRDefault="003D2A82">
      <w:pPr>
        <w:spacing w:after="40" w:line="240" w:lineRule="auto"/>
        <w:jc w:val="both"/>
        <w:rPr>
          <w:lang w:val="ru-RU"/>
        </w:rPr>
      </w:pPr>
      <w:r w:rsidRPr="0016660C">
        <w:rPr>
          <w:sz w:val="23"/>
          <w:lang w:val="ru-RU"/>
        </w:rPr>
        <w:t>5. Я обязуюсь немедленно прекратить прохождение дистанции и обратиться за медицинской помощью при ухудшении самочувствия либо возникновении опасных симптомов.</w:t>
      </w:r>
    </w:p>
    <w:p w14:paraId="06F7F7C1" w14:textId="77777777" w:rsidR="00995F90" w:rsidRPr="0016660C" w:rsidRDefault="003D2A82">
      <w:pPr>
        <w:spacing w:after="40" w:line="240" w:lineRule="auto"/>
        <w:jc w:val="both"/>
        <w:rPr>
          <w:lang w:val="ru-RU"/>
        </w:rPr>
      </w:pPr>
      <w:r w:rsidRPr="0016660C">
        <w:rPr>
          <w:sz w:val="23"/>
          <w:lang w:val="ru-RU"/>
        </w:rPr>
        <w:t>6. Я несу личную ответственность за достоверность сообщённых мною сведений о состоянии здоровья, соблюдение Регламента и последствия действий, совершённых в нарушение правил, инструктажа или обязательных указаний ответственных лиц.</w:t>
      </w:r>
    </w:p>
    <w:p w14:paraId="71E85BDC" w14:textId="77777777" w:rsidR="00995F90" w:rsidRPr="0016660C" w:rsidRDefault="003D2A82">
      <w:pPr>
        <w:spacing w:after="40" w:line="240" w:lineRule="auto"/>
        <w:jc w:val="both"/>
        <w:rPr>
          <w:lang w:val="ru-RU"/>
        </w:rPr>
      </w:pPr>
      <w:r w:rsidRPr="0016660C">
        <w:rPr>
          <w:sz w:val="23"/>
          <w:lang w:val="ru-RU"/>
        </w:rPr>
        <w:t>7. Мне известно, что исправный надувной плавательный круг и не менее трёх отдельных атрибутов пляжной тематики являются обязательным тематическим реквизитом. Я подтверждаю исправность и безопасность используемого мною круга и пляжных атрибутов, а также понимаю, что надувной круг не является сертифицированным спасательным средством.</w:t>
      </w:r>
    </w:p>
    <w:p w14:paraId="7A190253" w14:textId="77777777" w:rsidR="00995F90" w:rsidRPr="0016660C" w:rsidRDefault="003D2A82">
      <w:pPr>
        <w:spacing w:after="40" w:line="240" w:lineRule="auto"/>
        <w:jc w:val="both"/>
        <w:rPr>
          <w:lang w:val="ru-RU"/>
        </w:rPr>
      </w:pPr>
      <w:r w:rsidRPr="0016660C">
        <w:rPr>
          <w:sz w:val="23"/>
          <w:lang w:val="ru-RU"/>
        </w:rPr>
        <w:t>8. Я разрешаю в случае необходимости оказать мне первую помощь, вызвать скорую медицинскую помощь и передать медицинским работникам минимально необходимые сведения для оказания помощи.</w:t>
      </w:r>
    </w:p>
    <w:p w14:paraId="2C7B30A6" w14:textId="77777777" w:rsidR="00995F90" w:rsidRPr="0016660C" w:rsidRDefault="003D2A82">
      <w:pPr>
        <w:spacing w:after="40" w:line="240" w:lineRule="auto"/>
        <w:jc w:val="both"/>
        <w:rPr>
          <w:lang w:val="ru-RU"/>
        </w:rPr>
      </w:pPr>
      <w:r w:rsidRPr="0016660C">
        <w:rPr>
          <w:sz w:val="23"/>
          <w:lang w:val="ru-RU"/>
        </w:rPr>
        <w:t>9. Мне разъяснено, что настоящее согласие не освобождает организатора и иных ответственных лиц от обязанностей и ответственности, установленных законодательством Российской Федерации.</w:t>
      </w:r>
    </w:p>
    <w:p w14:paraId="0D062BF2" w14:textId="77777777" w:rsidR="00995F90" w:rsidRPr="0016660C" w:rsidRDefault="003D2A82">
      <w:pPr>
        <w:spacing w:after="80" w:line="240" w:lineRule="auto"/>
        <w:jc w:val="both"/>
        <w:rPr>
          <w:lang w:val="ru-RU"/>
        </w:rPr>
      </w:pPr>
      <w:r w:rsidRPr="0016660C">
        <w:rPr>
          <w:lang w:val="ru-RU"/>
        </w:rPr>
        <w:t>Дата подписания: «___» ______________ 2026 г.</w:t>
      </w:r>
    </w:p>
    <w:p w14:paraId="40D09C02" w14:textId="77777777" w:rsidR="00995F90" w:rsidRPr="0016660C" w:rsidRDefault="003D2A82">
      <w:pPr>
        <w:spacing w:after="0" w:line="240" w:lineRule="auto"/>
        <w:jc w:val="both"/>
        <w:rPr>
          <w:lang w:val="ru-RU"/>
        </w:rPr>
      </w:pPr>
      <w:r w:rsidRPr="0016660C">
        <w:rPr>
          <w:lang w:val="ru-RU"/>
        </w:rPr>
        <w:t>Подпись участника: ____________________ / _________________________________</w:t>
      </w:r>
    </w:p>
    <w:p w14:paraId="1DFDE24E" w14:textId="77777777" w:rsidR="00995F90" w:rsidRPr="0016660C" w:rsidRDefault="003D2A82">
      <w:pPr>
        <w:spacing w:after="0" w:line="240" w:lineRule="auto"/>
        <w:jc w:val="both"/>
        <w:rPr>
          <w:lang w:val="ru-RU"/>
        </w:rPr>
      </w:pPr>
      <w:r w:rsidRPr="0016660C">
        <w:rPr>
          <w:sz w:val="18"/>
          <w:lang w:val="ru-RU"/>
        </w:rPr>
        <w:t xml:space="preserve">                                            подпись                                      Ф.И.О.</w:t>
      </w:r>
    </w:p>
    <w:p w14:paraId="2FDF7B31" w14:textId="77777777" w:rsidR="00995F90" w:rsidRPr="0016660C" w:rsidRDefault="003D2A82">
      <w:pPr>
        <w:rPr>
          <w:lang w:val="ru-RU"/>
        </w:rPr>
      </w:pPr>
      <w:r w:rsidRPr="0016660C">
        <w:rPr>
          <w:lang w:val="ru-RU"/>
        </w:rPr>
        <w:br w:type="page"/>
      </w:r>
    </w:p>
    <w:p w14:paraId="2B85CAC3" w14:textId="77777777" w:rsidR="00995F90" w:rsidRPr="0016660C" w:rsidRDefault="003D2A82">
      <w:pPr>
        <w:spacing w:after="0" w:line="240" w:lineRule="auto"/>
        <w:jc w:val="right"/>
        <w:rPr>
          <w:lang w:val="ru-RU"/>
        </w:rPr>
      </w:pPr>
      <w:r w:rsidRPr="0016660C">
        <w:rPr>
          <w:sz w:val="22"/>
          <w:lang w:val="ru-RU"/>
        </w:rPr>
        <w:lastRenderedPageBreak/>
        <w:t>Приложение № 2</w:t>
      </w:r>
    </w:p>
    <w:p w14:paraId="46C06B03" w14:textId="77777777" w:rsidR="00995F90" w:rsidRPr="0016660C" w:rsidRDefault="003D2A82">
      <w:pPr>
        <w:spacing w:after="0" w:line="240" w:lineRule="auto"/>
        <w:jc w:val="right"/>
        <w:rPr>
          <w:lang w:val="ru-RU"/>
        </w:rPr>
      </w:pPr>
      <w:r w:rsidRPr="0016660C">
        <w:rPr>
          <w:sz w:val="22"/>
          <w:lang w:val="ru-RU"/>
        </w:rPr>
        <w:t>к Регламенту проведения мероприятия</w:t>
      </w:r>
    </w:p>
    <w:p w14:paraId="5ED63990" w14:textId="77777777" w:rsidR="00995F90" w:rsidRPr="0016660C" w:rsidRDefault="003D2A82">
      <w:pPr>
        <w:spacing w:after="160" w:line="240" w:lineRule="auto"/>
        <w:jc w:val="right"/>
        <w:rPr>
          <w:lang w:val="ru-RU"/>
        </w:rPr>
      </w:pPr>
      <w:r w:rsidRPr="0016660C">
        <w:rPr>
          <w:sz w:val="22"/>
          <w:lang w:val="ru-RU"/>
        </w:rPr>
        <w:t>«Пляжный забег в кругах»</w:t>
      </w:r>
    </w:p>
    <w:p w14:paraId="5B6B4398" w14:textId="77777777" w:rsidR="00995F90" w:rsidRPr="0016660C" w:rsidRDefault="003D2A82">
      <w:pPr>
        <w:spacing w:after="20" w:line="240" w:lineRule="auto"/>
        <w:jc w:val="center"/>
        <w:rPr>
          <w:lang w:val="ru-RU"/>
        </w:rPr>
      </w:pPr>
      <w:r w:rsidRPr="0016660C">
        <w:rPr>
          <w:b/>
          <w:lang w:val="ru-RU"/>
        </w:rPr>
        <w:t>СОГЛАСИЕ</w:t>
      </w:r>
    </w:p>
    <w:p w14:paraId="3D0D08D8" w14:textId="77777777" w:rsidR="00995F90" w:rsidRPr="0016660C" w:rsidRDefault="003D2A82">
      <w:pPr>
        <w:spacing w:after="20" w:line="240" w:lineRule="auto"/>
        <w:jc w:val="center"/>
        <w:rPr>
          <w:lang w:val="ru-RU"/>
        </w:rPr>
      </w:pPr>
      <w:r w:rsidRPr="0016660C">
        <w:rPr>
          <w:b/>
          <w:sz w:val="21"/>
          <w:lang w:val="ru-RU"/>
        </w:rPr>
        <w:t>на обработку персональных данных</w:t>
      </w:r>
    </w:p>
    <w:p w14:paraId="38190C27" w14:textId="77777777" w:rsidR="00995F90" w:rsidRPr="0016660C" w:rsidRDefault="003D2A82">
      <w:pPr>
        <w:spacing w:after="40" w:line="240" w:lineRule="auto"/>
        <w:jc w:val="both"/>
        <w:rPr>
          <w:lang w:val="ru-RU"/>
        </w:rPr>
      </w:pPr>
      <w:r w:rsidRPr="0016660C">
        <w:rPr>
          <w:b/>
          <w:sz w:val="20"/>
          <w:lang w:val="ru-RU"/>
        </w:rPr>
        <w:t xml:space="preserve">Оператор персональных данных: </w:t>
      </w:r>
      <w:r w:rsidRPr="0016660C">
        <w:rPr>
          <w:sz w:val="20"/>
          <w:lang w:val="ru-RU"/>
        </w:rPr>
        <w:t>Администрация города-курорта Кисловодска в лице управления по культуре, курорту, спорту и туризму администрации города-курорта Кисловодска, адрес: 357700, Ставропольский край, г. Кисловодск, проспект Победы, д. 25.</w:t>
      </w:r>
    </w:p>
    <w:p w14:paraId="33F40B29" w14:textId="77777777" w:rsidR="00995F90" w:rsidRPr="0016660C" w:rsidRDefault="003D2A82">
      <w:pPr>
        <w:spacing w:after="40" w:line="240" w:lineRule="auto"/>
        <w:jc w:val="both"/>
        <w:rPr>
          <w:lang w:val="ru-RU"/>
        </w:rPr>
      </w:pPr>
      <w:r w:rsidRPr="0016660C">
        <w:rPr>
          <w:b/>
          <w:sz w:val="20"/>
          <w:lang w:val="ru-RU"/>
        </w:rPr>
        <w:t>Согласие оформляется отдельно от Регламента и согласия на участие.</w:t>
      </w:r>
    </w:p>
    <w:p w14:paraId="345CF950" w14:textId="77777777" w:rsidR="00995F90" w:rsidRPr="0016660C" w:rsidRDefault="003D2A82">
      <w:pPr>
        <w:spacing w:after="20" w:line="240" w:lineRule="auto"/>
        <w:jc w:val="both"/>
        <w:rPr>
          <w:lang w:val="ru-RU"/>
        </w:rPr>
      </w:pPr>
      <w:r w:rsidRPr="0016660C">
        <w:rPr>
          <w:b/>
          <w:sz w:val="20"/>
          <w:lang w:val="ru-RU"/>
        </w:rPr>
        <w:t>Ф.И.О. участника: ______________________________________________________________________</w:t>
      </w:r>
    </w:p>
    <w:p w14:paraId="6DD54E99" w14:textId="77777777" w:rsidR="00995F90" w:rsidRPr="0016660C" w:rsidRDefault="003D2A82">
      <w:pPr>
        <w:spacing w:after="20" w:line="240" w:lineRule="auto"/>
        <w:rPr>
          <w:lang w:val="ru-RU"/>
        </w:rPr>
      </w:pPr>
      <w:r w:rsidRPr="0016660C">
        <w:rPr>
          <w:sz w:val="21"/>
          <w:lang w:val="ru-RU"/>
        </w:rPr>
        <w:t>дата рождения: «___» ____________ ______ г.; паспорт/иной документ: ______________________________________________________________________</w:t>
      </w:r>
    </w:p>
    <w:p w14:paraId="2B3529F0" w14:textId="77777777" w:rsidR="00995F90" w:rsidRPr="0016660C" w:rsidRDefault="003D2A82">
      <w:pPr>
        <w:spacing w:after="20" w:line="240" w:lineRule="auto"/>
        <w:rPr>
          <w:lang w:val="ru-RU"/>
        </w:rPr>
      </w:pPr>
      <w:r w:rsidRPr="0016660C">
        <w:rPr>
          <w:sz w:val="21"/>
          <w:lang w:val="ru-RU"/>
        </w:rPr>
        <w:t>адрес: ______________________________________________________________________</w:t>
      </w:r>
    </w:p>
    <w:p w14:paraId="31969476" w14:textId="77777777" w:rsidR="00995F90" w:rsidRPr="0016660C" w:rsidRDefault="003D2A82">
      <w:pPr>
        <w:spacing w:after="20" w:line="240" w:lineRule="auto"/>
        <w:rPr>
          <w:lang w:val="ru-RU"/>
        </w:rPr>
      </w:pPr>
      <w:r w:rsidRPr="0016660C">
        <w:rPr>
          <w:sz w:val="21"/>
          <w:lang w:val="ru-RU"/>
        </w:rPr>
        <w:t>телефон: ______________________________________________________________________</w:t>
      </w:r>
    </w:p>
    <w:p w14:paraId="78CA3626" w14:textId="77777777" w:rsidR="00995F90" w:rsidRPr="0016660C" w:rsidRDefault="003D2A82">
      <w:pPr>
        <w:spacing w:after="20" w:line="240" w:lineRule="auto"/>
        <w:rPr>
          <w:lang w:val="ru-RU"/>
        </w:rPr>
      </w:pPr>
      <w:r w:rsidRPr="0016660C">
        <w:rPr>
          <w:sz w:val="21"/>
          <w:lang w:val="ru-RU"/>
        </w:rPr>
        <w:t>адрес электронной почты (при наличии): ______________________________________________________________________</w:t>
      </w:r>
    </w:p>
    <w:p w14:paraId="008C545B" w14:textId="77777777" w:rsidR="00995F90" w:rsidRPr="0016660C" w:rsidRDefault="003D2A82">
      <w:pPr>
        <w:spacing w:after="20" w:line="240" w:lineRule="auto"/>
        <w:jc w:val="both"/>
        <w:rPr>
          <w:lang w:val="ru-RU"/>
        </w:rPr>
      </w:pPr>
      <w:r w:rsidRPr="0016660C">
        <w:rPr>
          <w:sz w:val="20"/>
          <w:lang w:val="ru-RU"/>
        </w:rPr>
        <w:t>Настоящим свободно, своей волей и в своём интересе даю согласие Оператору на обработку персональных данных в целях регистрации, допуска и участия в Мероприятии, обеспечения безопасности и экстренной связи, ведения стартовых и итоговых протоколов, награждения, рассмотрения обращений и подтверждения факта участия.</w:t>
      </w:r>
    </w:p>
    <w:p w14:paraId="228CE6F9" w14:textId="77777777" w:rsidR="00995F90" w:rsidRPr="0016660C" w:rsidRDefault="003D2A82">
      <w:pPr>
        <w:spacing w:after="0" w:line="240" w:lineRule="auto"/>
        <w:jc w:val="both"/>
        <w:rPr>
          <w:lang w:val="ru-RU"/>
        </w:rPr>
      </w:pPr>
      <w:r w:rsidRPr="0016660C">
        <w:rPr>
          <w:b/>
          <w:sz w:val="20"/>
          <w:lang w:val="ru-RU"/>
        </w:rPr>
        <w:t>Перечень персональных данных:</w:t>
      </w:r>
    </w:p>
    <w:p w14:paraId="1285B5FA" w14:textId="77777777" w:rsidR="00995F90" w:rsidRPr="0016660C" w:rsidRDefault="003D2A82">
      <w:pPr>
        <w:spacing w:after="0" w:line="240" w:lineRule="auto"/>
        <w:ind w:left="425" w:hanging="283"/>
        <w:jc w:val="both"/>
        <w:rPr>
          <w:lang w:val="ru-RU"/>
        </w:rPr>
      </w:pPr>
      <w:r w:rsidRPr="0016660C">
        <w:rPr>
          <w:sz w:val="20"/>
          <w:lang w:val="ru-RU"/>
        </w:rPr>
        <w:t>– фамилия, имя, отчество; дата рождения; пол;</w:t>
      </w:r>
    </w:p>
    <w:p w14:paraId="2EA2FCCB" w14:textId="77777777" w:rsidR="00995F90" w:rsidRPr="0016660C" w:rsidRDefault="003D2A82">
      <w:pPr>
        <w:spacing w:after="0" w:line="240" w:lineRule="auto"/>
        <w:ind w:left="425" w:hanging="283"/>
        <w:jc w:val="both"/>
        <w:rPr>
          <w:lang w:val="ru-RU"/>
        </w:rPr>
      </w:pPr>
      <w:r w:rsidRPr="0016660C">
        <w:rPr>
          <w:sz w:val="20"/>
          <w:lang w:val="ru-RU"/>
        </w:rPr>
        <w:t>– номер телефона, адрес электронной почты, контакт для экстренной связи;</w:t>
      </w:r>
    </w:p>
    <w:p w14:paraId="3DC8C616" w14:textId="77777777" w:rsidR="00995F90" w:rsidRPr="0016660C" w:rsidRDefault="003D2A82">
      <w:pPr>
        <w:spacing w:after="0" w:line="240" w:lineRule="auto"/>
        <w:ind w:left="425" w:hanging="283"/>
        <w:jc w:val="both"/>
        <w:rPr>
          <w:lang w:val="ru-RU"/>
        </w:rPr>
      </w:pPr>
      <w:r w:rsidRPr="0016660C">
        <w:rPr>
          <w:sz w:val="20"/>
          <w:lang w:val="ru-RU"/>
        </w:rPr>
        <w:t>– сведения о регистрации, стартовом номере, времени прохождения дистанции, результате, занятом месте и награждении;</w:t>
      </w:r>
    </w:p>
    <w:p w14:paraId="5A63FD04" w14:textId="77777777" w:rsidR="00995F90" w:rsidRPr="0016660C" w:rsidRDefault="003D2A82">
      <w:pPr>
        <w:spacing w:after="0" w:line="240" w:lineRule="auto"/>
        <w:ind w:left="425" w:hanging="283"/>
        <w:jc w:val="both"/>
        <w:rPr>
          <w:lang w:val="ru-RU"/>
        </w:rPr>
      </w:pPr>
      <w:r w:rsidRPr="0016660C">
        <w:rPr>
          <w:sz w:val="20"/>
          <w:lang w:val="ru-RU"/>
        </w:rPr>
        <w:t>– подтверждение отсутствия известных медицинских противопоказаний и сведения, сообщённые для оказания экстренной помощи, без сбора медицинского диагноза и медицинской документации.</w:t>
      </w:r>
    </w:p>
    <w:p w14:paraId="48EE5B78" w14:textId="77777777" w:rsidR="00995F90" w:rsidRPr="0016660C" w:rsidRDefault="003D2A82">
      <w:pPr>
        <w:spacing w:after="20" w:line="240" w:lineRule="auto"/>
        <w:jc w:val="both"/>
        <w:rPr>
          <w:lang w:val="ru-RU"/>
        </w:rPr>
      </w:pPr>
      <w:r w:rsidRPr="0016660C">
        <w:rPr>
          <w:sz w:val="20"/>
          <w:lang w:val="ru-RU"/>
        </w:rPr>
        <w:t>Разрешённые действия с персональными данными: сбор, запись, систематизация, накопление, хранение, уточнение (обновление, изменение), извлечение, использование, предоставление уполномоченным работникам, членам регистрационной и судейской комиссий, медицинским работникам и подрядчикам, привлекаемым к организации Мероприятия, обезличивание, блокирование, удаление и уничтожение. Обработка может осуществляться с использованием средств автоматизации и без их использования.</w:t>
      </w:r>
    </w:p>
    <w:p w14:paraId="7B37DC56" w14:textId="77777777" w:rsidR="00995F90" w:rsidRPr="0016660C" w:rsidRDefault="003D2A82">
      <w:pPr>
        <w:spacing w:after="20" w:line="240" w:lineRule="auto"/>
        <w:jc w:val="both"/>
        <w:rPr>
          <w:lang w:val="ru-RU"/>
        </w:rPr>
      </w:pPr>
      <w:r w:rsidRPr="0016660C">
        <w:rPr>
          <w:b/>
          <w:sz w:val="20"/>
          <w:lang w:val="ru-RU"/>
        </w:rPr>
        <w:t>Настоящее согласие не включает распространение персональных данных неопределённому кругу лиц. Публикация персональных данных и использование изображения оформляются отдельным согласием по приложению № 3.</w:t>
      </w:r>
    </w:p>
    <w:p w14:paraId="290CD5F7" w14:textId="77777777" w:rsidR="00995F90" w:rsidRPr="0016660C" w:rsidRDefault="003D2A82">
      <w:pPr>
        <w:spacing w:after="40" w:line="240" w:lineRule="auto"/>
        <w:jc w:val="both"/>
        <w:rPr>
          <w:lang w:val="ru-RU"/>
        </w:rPr>
      </w:pPr>
      <w:r w:rsidRPr="0016660C">
        <w:rPr>
          <w:sz w:val="20"/>
          <w:lang w:val="ru-RU"/>
        </w:rPr>
        <w:t>Срок действия согласия: в течение трёх лет со дня проведения Мероприятия либо до его отзыва, если более длительное хранение не требуется законодательством. Согласие может быть отозвано путём направления письменного заявления Оператору по указанному выше адресу. Отзыв не влияет на законность обработки, выполненной до его получения.</w:t>
      </w:r>
    </w:p>
    <w:p w14:paraId="6C792EFB" w14:textId="77777777" w:rsidR="00995F90" w:rsidRPr="0016660C" w:rsidRDefault="003D2A82">
      <w:pPr>
        <w:spacing w:after="60" w:line="240" w:lineRule="auto"/>
        <w:jc w:val="both"/>
        <w:rPr>
          <w:lang w:val="ru-RU"/>
        </w:rPr>
      </w:pPr>
      <w:r w:rsidRPr="0016660C">
        <w:rPr>
          <w:lang w:val="ru-RU"/>
        </w:rPr>
        <w:t>Дата: «___» ______________ 2026 г.</w:t>
      </w:r>
    </w:p>
    <w:p w14:paraId="000C539D" w14:textId="77777777" w:rsidR="00995F90" w:rsidRPr="0016660C" w:rsidRDefault="003D2A82">
      <w:pPr>
        <w:spacing w:after="0" w:line="240" w:lineRule="auto"/>
        <w:jc w:val="both"/>
        <w:rPr>
          <w:lang w:val="ru-RU"/>
        </w:rPr>
      </w:pPr>
      <w:r w:rsidRPr="0016660C">
        <w:rPr>
          <w:lang w:val="ru-RU"/>
        </w:rPr>
        <w:t>Подпись: ____________________ / ______________________________________________</w:t>
      </w:r>
    </w:p>
    <w:p w14:paraId="73F06E65" w14:textId="77777777" w:rsidR="00995F90" w:rsidRPr="0016660C" w:rsidRDefault="003D2A82">
      <w:pPr>
        <w:spacing w:after="0" w:line="240" w:lineRule="auto"/>
        <w:jc w:val="both"/>
        <w:rPr>
          <w:lang w:val="ru-RU"/>
        </w:rPr>
      </w:pPr>
      <w:r w:rsidRPr="0016660C">
        <w:rPr>
          <w:sz w:val="18"/>
          <w:lang w:val="ru-RU"/>
        </w:rPr>
        <w:t xml:space="preserve">                                        подпись                                      Ф.И.О.</w:t>
      </w:r>
    </w:p>
    <w:p w14:paraId="69C81A04" w14:textId="77777777" w:rsidR="00995F90" w:rsidRPr="0016660C" w:rsidRDefault="003D2A82">
      <w:pPr>
        <w:rPr>
          <w:lang w:val="ru-RU"/>
        </w:rPr>
      </w:pPr>
      <w:r w:rsidRPr="0016660C">
        <w:rPr>
          <w:lang w:val="ru-RU"/>
        </w:rPr>
        <w:br w:type="page"/>
      </w:r>
    </w:p>
    <w:p w14:paraId="3C9B06B6" w14:textId="77777777" w:rsidR="00995F90" w:rsidRPr="0016660C" w:rsidRDefault="003D2A82">
      <w:pPr>
        <w:spacing w:after="0" w:line="240" w:lineRule="auto"/>
        <w:jc w:val="right"/>
        <w:rPr>
          <w:lang w:val="ru-RU"/>
        </w:rPr>
      </w:pPr>
      <w:r w:rsidRPr="0016660C">
        <w:rPr>
          <w:sz w:val="22"/>
          <w:lang w:val="ru-RU"/>
        </w:rPr>
        <w:lastRenderedPageBreak/>
        <w:t>Приложение № 3</w:t>
      </w:r>
    </w:p>
    <w:p w14:paraId="225D463E" w14:textId="77777777" w:rsidR="00995F90" w:rsidRPr="0016660C" w:rsidRDefault="003D2A82">
      <w:pPr>
        <w:spacing w:after="0" w:line="240" w:lineRule="auto"/>
        <w:jc w:val="right"/>
        <w:rPr>
          <w:lang w:val="ru-RU"/>
        </w:rPr>
      </w:pPr>
      <w:r w:rsidRPr="0016660C">
        <w:rPr>
          <w:sz w:val="22"/>
          <w:lang w:val="ru-RU"/>
        </w:rPr>
        <w:t>к Регламенту проведения мероприятия</w:t>
      </w:r>
    </w:p>
    <w:p w14:paraId="6F5C6EFE" w14:textId="77777777" w:rsidR="00995F90" w:rsidRPr="0016660C" w:rsidRDefault="003D2A82">
      <w:pPr>
        <w:spacing w:after="160" w:line="240" w:lineRule="auto"/>
        <w:jc w:val="right"/>
        <w:rPr>
          <w:lang w:val="ru-RU"/>
        </w:rPr>
      </w:pPr>
      <w:r w:rsidRPr="0016660C">
        <w:rPr>
          <w:sz w:val="22"/>
          <w:lang w:val="ru-RU"/>
        </w:rPr>
        <w:t>«Пляжный забег в кругах»</w:t>
      </w:r>
    </w:p>
    <w:p w14:paraId="481B0880" w14:textId="77777777" w:rsidR="00995F90" w:rsidRPr="0016660C" w:rsidRDefault="003D2A82">
      <w:pPr>
        <w:spacing w:after="20" w:line="240" w:lineRule="auto"/>
        <w:jc w:val="center"/>
        <w:rPr>
          <w:lang w:val="ru-RU"/>
        </w:rPr>
      </w:pPr>
      <w:r w:rsidRPr="0016660C">
        <w:rPr>
          <w:b/>
          <w:lang w:val="ru-RU"/>
        </w:rPr>
        <w:t>СОГЛАСИЕ</w:t>
      </w:r>
    </w:p>
    <w:p w14:paraId="5021E4A6" w14:textId="77777777" w:rsidR="00995F90" w:rsidRPr="0016660C" w:rsidRDefault="003D2A82">
      <w:pPr>
        <w:spacing w:after="20" w:line="240" w:lineRule="auto"/>
        <w:jc w:val="center"/>
        <w:rPr>
          <w:lang w:val="ru-RU"/>
        </w:rPr>
      </w:pPr>
      <w:r w:rsidRPr="0016660C">
        <w:rPr>
          <w:b/>
          <w:sz w:val="21"/>
          <w:lang w:val="ru-RU"/>
        </w:rPr>
        <w:t>на обработку персональных данных, разрешённых для распространения, и использование изображения</w:t>
      </w:r>
    </w:p>
    <w:p w14:paraId="3F4D9F74" w14:textId="77777777" w:rsidR="00995F90" w:rsidRPr="0016660C" w:rsidRDefault="003D2A82">
      <w:pPr>
        <w:spacing w:after="40" w:line="240" w:lineRule="auto"/>
        <w:jc w:val="both"/>
        <w:rPr>
          <w:lang w:val="ru-RU"/>
        </w:rPr>
      </w:pPr>
      <w:r w:rsidRPr="0016660C">
        <w:rPr>
          <w:b/>
          <w:sz w:val="19"/>
          <w:lang w:val="ru-RU"/>
        </w:rPr>
        <w:t xml:space="preserve">Оператор: </w:t>
      </w:r>
      <w:r w:rsidRPr="0016660C">
        <w:rPr>
          <w:sz w:val="19"/>
          <w:lang w:val="ru-RU"/>
        </w:rPr>
        <w:t>Администрация города-курорта Кисловодска в лице управления по культуре, курорту, спорту и туризму администрации города-курорта Кисловодска, адрес: 357700, Ставропольский край, г. Кисловодск, проспект Победы, д. 25.</w:t>
      </w:r>
    </w:p>
    <w:p w14:paraId="1FEAF53E" w14:textId="77777777" w:rsidR="00995F90" w:rsidRPr="0016660C" w:rsidRDefault="003D2A82">
      <w:pPr>
        <w:spacing w:after="40" w:line="240" w:lineRule="auto"/>
        <w:jc w:val="both"/>
        <w:rPr>
          <w:lang w:val="ru-RU"/>
        </w:rPr>
      </w:pPr>
      <w:r w:rsidRPr="0016660C">
        <w:rPr>
          <w:b/>
          <w:sz w:val="19"/>
          <w:lang w:val="ru-RU"/>
        </w:rPr>
        <w:t>Согласие оформляется отдельно от согласия на обработку персональных данных и иных документов.</w:t>
      </w:r>
    </w:p>
    <w:p w14:paraId="13CF05AC" w14:textId="77777777" w:rsidR="00995F90" w:rsidRPr="0016660C" w:rsidRDefault="003D2A82">
      <w:pPr>
        <w:spacing w:after="20" w:line="240" w:lineRule="auto"/>
        <w:jc w:val="both"/>
        <w:rPr>
          <w:lang w:val="ru-RU"/>
        </w:rPr>
      </w:pPr>
      <w:r w:rsidRPr="0016660C">
        <w:rPr>
          <w:b/>
          <w:sz w:val="19"/>
          <w:lang w:val="ru-RU"/>
        </w:rPr>
        <w:t>Ф.И.О. участника: ______________________________________________________________________</w:t>
      </w:r>
    </w:p>
    <w:p w14:paraId="0819492A" w14:textId="77777777" w:rsidR="00995F90" w:rsidRPr="0016660C" w:rsidRDefault="003D2A82">
      <w:pPr>
        <w:spacing w:after="20" w:line="240" w:lineRule="auto"/>
        <w:rPr>
          <w:lang w:val="ru-RU"/>
        </w:rPr>
      </w:pPr>
      <w:r w:rsidRPr="0016660C">
        <w:rPr>
          <w:sz w:val="21"/>
          <w:lang w:val="ru-RU"/>
        </w:rPr>
        <w:t xml:space="preserve">контакт для направления уведомлений/отзыва (телефон, </w:t>
      </w:r>
      <w:r>
        <w:rPr>
          <w:sz w:val="21"/>
        </w:rPr>
        <w:t>e</w:t>
      </w:r>
      <w:r w:rsidRPr="0016660C">
        <w:rPr>
          <w:sz w:val="21"/>
          <w:lang w:val="ru-RU"/>
        </w:rPr>
        <w:t>-</w:t>
      </w:r>
      <w:r>
        <w:rPr>
          <w:sz w:val="21"/>
        </w:rPr>
        <w:t>mail</w:t>
      </w:r>
      <w:r w:rsidRPr="0016660C">
        <w:rPr>
          <w:sz w:val="21"/>
          <w:lang w:val="ru-RU"/>
        </w:rPr>
        <w:t xml:space="preserve"> или почтовый адрес): ______________________________________________________________________</w:t>
      </w:r>
    </w:p>
    <w:p w14:paraId="4D189424" w14:textId="77777777" w:rsidR="00995F90" w:rsidRPr="0016660C" w:rsidRDefault="003D2A82">
      <w:pPr>
        <w:spacing w:after="20" w:line="240" w:lineRule="auto"/>
        <w:jc w:val="both"/>
        <w:rPr>
          <w:lang w:val="ru-RU"/>
        </w:rPr>
      </w:pPr>
      <w:r w:rsidRPr="0016660C">
        <w:rPr>
          <w:b/>
          <w:sz w:val="19"/>
          <w:lang w:val="ru-RU"/>
        </w:rPr>
        <w:t>Дата рождения участника: «___» ____________ ______ г.</w:t>
      </w:r>
    </w:p>
    <w:p w14:paraId="42F818A6" w14:textId="77777777" w:rsidR="00995F90" w:rsidRPr="0016660C" w:rsidRDefault="003D2A82">
      <w:pPr>
        <w:spacing w:after="40" w:line="240" w:lineRule="auto"/>
        <w:jc w:val="both"/>
        <w:rPr>
          <w:lang w:val="ru-RU"/>
        </w:rPr>
      </w:pPr>
      <w:r w:rsidRPr="0016660C">
        <w:rPr>
          <w:sz w:val="19"/>
          <w:lang w:val="ru-RU"/>
        </w:rPr>
        <w:t>Я разрешаю Оператору в целях информационного освещения Мероприятия, публикации стартовых/итоговых протоколов, результатов и награждения распространять указанные ниже данные на официальном сайте администрации города-курорта Кисловодска, официальных страницах организатора в социальных сетях, в средствах массовой информации, печатных и информационных материалах о Мероприятии.</w:t>
      </w:r>
    </w:p>
    <w:tbl>
      <w:tblPr>
        <w:tblW w:w="11116" w:type="dxa"/>
        <w:jc w:val="center"/>
        <w:tblLayout w:type="fixed"/>
        <w:tblLook w:val="04A0" w:firstRow="1" w:lastRow="0" w:firstColumn="1" w:lastColumn="0" w:noHBand="0" w:noVBand="1"/>
      </w:tblPr>
      <w:tblGrid>
        <w:gridCol w:w="4216"/>
        <w:gridCol w:w="2300"/>
        <w:gridCol w:w="2300"/>
        <w:gridCol w:w="2300"/>
      </w:tblGrid>
      <w:tr w:rsidR="00995F90" w14:paraId="29AD076F" w14:textId="77777777" w:rsidTr="003D506C">
        <w:trPr>
          <w:cantSplit/>
          <w:trHeight w:val="185"/>
          <w:tblHeader/>
          <w:jc w:val="center"/>
        </w:trPr>
        <w:tc>
          <w:tcPr>
            <w:tcW w:w="4216" w:type="dxa"/>
            <w:tcBorders>
              <w:top w:val="single" w:sz="8" w:space="0" w:color="000000"/>
              <w:left w:val="single" w:sz="8" w:space="0" w:color="000000"/>
              <w:bottom w:val="single" w:sz="8" w:space="0" w:color="000000"/>
              <w:right w:val="single" w:sz="8" w:space="0" w:color="000000"/>
            </w:tcBorders>
            <w:vAlign w:val="center"/>
          </w:tcPr>
          <w:p w14:paraId="42D65D8A" w14:textId="77777777" w:rsidR="00995F90" w:rsidRDefault="003D2A82">
            <w:pPr>
              <w:spacing w:after="0" w:line="240" w:lineRule="auto"/>
              <w:jc w:val="center"/>
            </w:pPr>
            <w:r>
              <w:rPr>
                <w:b/>
                <w:sz w:val="19"/>
              </w:rPr>
              <w:t>Категория и перечень данных</w:t>
            </w:r>
          </w:p>
        </w:tc>
        <w:tc>
          <w:tcPr>
            <w:tcW w:w="2300" w:type="dxa"/>
            <w:tcBorders>
              <w:top w:val="single" w:sz="8" w:space="0" w:color="000000"/>
              <w:left w:val="single" w:sz="8" w:space="0" w:color="000000"/>
              <w:bottom w:val="single" w:sz="8" w:space="0" w:color="000000"/>
              <w:right w:val="single" w:sz="8" w:space="0" w:color="000000"/>
            </w:tcBorders>
            <w:vAlign w:val="center"/>
          </w:tcPr>
          <w:p w14:paraId="34CF4AAE" w14:textId="77777777" w:rsidR="00995F90" w:rsidRDefault="003D2A82">
            <w:pPr>
              <w:spacing w:after="0" w:line="240" w:lineRule="auto"/>
              <w:jc w:val="center"/>
            </w:pPr>
            <w:r>
              <w:rPr>
                <w:b/>
                <w:sz w:val="19"/>
              </w:rPr>
              <w:t>Разрешаю</w:t>
            </w:r>
          </w:p>
        </w:tc>
        <w:tc>
          <w:tcPr>
            <w:tcW w:w="2300" w:type="dxa"/>
            <w:tcBorders>
              <w:top w:val="single" w:sz="8" w:space="0" w:color="000000"/>
              <w:left w:val="single" w:sz="8" w:space="0" w:color="000000"/>
              <w:bottom w:val="single" w:sz="8" w:space="0" w:color="000000"/>
              <w:right w:val="single" w:sz="8" w:space="0" w:color="000000"/>
            </w:tcBorders>
            <w:vAlign w:val="center"/>
          </w:tcPr>
          <w:p w14:paraId="0F70BCFF" w14:textId="77777777" w:rsidR="00995F90" w:rsidRDefault="003D2A82">
            <w:pPr>
              <w:spacing w:after="0" w:line="240" w:lineRule="auto"/>
              <w:jc w:val="center"/>
            </w:pPr>
            <w:r>
              <w:rPr>
                <w:b/>
                <w:sz w:val="19"/>
              </w:rPr>
              <w:t>Не разрешаю</w:t>
            </w:r>
          </w:p>
        </w:tc>
        <w:tc>
          <w:tcPr>
            <w:tcW w:w="2300" w:type="dxa"/>
            <w:tcBorders>
              <w:top w:val="single" w:sz="8" w:space="0" w:color="000000"/>
              <w:left w:val="single" w:sz="8" w:space="0" w:color="000000"/>
              <w:bottom w:val="single" w:sz="8" w:space="0" w:color="000000"/>
              <w:right w:val="single" w:sz="8" w:space="0" w:color="000000"/>
            </w:tcBorders>
            <w:vAlign w:val="center"/>
          </w:tcPr>
          <w:p w14:paraId="730F368F" w14:textId="77777777" w:rsidR="00995F90" w:rsidRDefault="003D2A82">
            <w:pPr>
              <w:spacing w:after="0" w:line="240" w:lineRule="auto"/>
              <w:jc w:val="center"/>
            </w:pPr>
            <w:r>
              <w:rPr>
                <w:b/>
                <w:sz w:val="19"/>
              </w:rPr>
              <w:t>Условия/запреты</w:t>
            </w:r>
          </w:p>
        </w:tc>
      </w:tr>
      <w:tr w:rsidR="00995F90" w14:paraId="3C614140" w14:textId="77777777" w:rsidTr="003D506C">
        <w:trPr>
          <w:cantSplit/>
          <w:trHeight w:val="234"/>
          <w:jc w:val="center"/>
        </w:trPr>
        <w:tc>
          <w:tcPr>
            <w:tcW w:w="4216" w:type="dxa"/>
            <w:tcBorders>
              <w:top w:val="single" w:sz="8" w:space="0" w:color="000000"/>
              <w:left w:val="single" w:sz="8" w:space="0" w:color="000000"/>
              <w:bottom w:val="single" w:sz="8" w:space="0" w:color="000000"/>
              <w:right w:val="single" w:sz="8" w:space="0" w:color="000000"/>
            </w:tcBorders>
            <w:vAlign w:val="center"/>
          </w:tcPr>
          <w:p w14:paraId="6E02EDFC" w14:textId="77777777" w:rsidR="00995F90" w:rsidRDefault="003D2A82">
            <w:pPr>
              <w:spacing w:after="0" w:line="240" w:lineRule="auto"/>
            </w:pPr>
            <w:r>
              <w:rPr>
                <w:sz w:val="18"/>
              </w:rPr>
              <w:t>Фамилия, имя, отчество</w:t>
            </w:r>
          </w:p>
        </w:tc>
        <w:tc>
          <w:tcPr>
            <w:tcW w:w="2300" w:type="dxa"/>
            <w:tcBorders>
              <w:top w:val="single" w:sz="8" w:space="0" w:color="000000"/>
              <w:left w:val="single" w:sz="8" w:space="0" w:color="000000"/>
              <w:bottom w:val="single" w:sz="8" w:space="0" w:color="000000"/>
              <w:right w:val="single" w:sz="8" w:space="0" w:color="000000"/>
            </w:tcBorders>
            <w:vAlign w:val="center"/>
          </w:tcPr>
          <w:p w14:paraId="0170D363" w14:textId="77777777" w:rsidR="00995F90" w:rsidRDefault="003D2A82">
            <w:pPr>
              <w:spacing w:after="0" w:line="240" w:lineRule="auto"/>
              <w:jc w:val="center"/>
            </w:pPr>
            <w:r>
              <w:rPr>
                <w:sz w:val="20"/>
              </w:rPr>
              <w:t>[   ]</w:t>
            </w:r>
          </w:p>
        </w:tc>
        <w:tc>
          <w:tcPr>
            <w:tcW w:w="2300" w:type="dxa"/>
            <w:tcBorders>
              <w:top w:val="single" w:sz="8" w:space="0" w:color="000000"/>
              <w:left w:val="single" w:sz="8" w:space="0" w:color="000000"/>
              <w:bottom w:val="single" w:sz="8" w:space="0" w:color="000000"/>
              <w:right w:val="single" w:sz="8" w:space="0" w:color="000000"/>
            </w:tcBorders>
            <w:vAlign w:val="center"/>
          </w:tcPr>
          <w:p w14:paraId="606A33BC" w14:textId="77777777" w:rsidR="00995F90" w:rsidRDefault="003D2A82">
            <w:pPr>
              <w:spacing w:after="0" w:line="240" w:lineRule="auto"/>
              <w:jc w:val="center"/>
            </w:pPr>
            <w:r>
              <w:rPr>
                <w:sz w:val="20"/>
              </w:rPr>
              <w:t>[   ]</w:t>
            </w:r>
          </w:p>
        </w:tc>
        <w:tc>
          <w:tcPr>
            <w:tcW w:w="2300" w:type="dxa"/>
            <w:tcBorders>
              <w:top w:val="single" w:sz="8" w:space="0" w:color="000000"/>
              <w:left w:val="single" w:sz="8" w:space="0" w:color="000000"/>
              <w:bottom w:val="single" w:sz="8" w:space="0" w:color="000000"/>
              <w:right w:val="single" w:sz="8" w:space="0" w:color="000000"/>
            </w:tcBorders>
            <w:vAlign w:val="center"/>
          </w:tcPr>
          <w:p w14:paraId="654FAB08" w14:textId="77777777" w:rsidR="00995F90" w:rsidRDefault="00995F90">
            <w:pPr>
              <w:spacing w:after="0" w:line="240" w:lineRule="auto"/>
            </w:pPr>
          </w:p>
        </w:tc>
      </w:tr>
      <w:tr w:rsidR="00995F90" w14:paraId="04EB9ADA" w14:textId="77777777" w:rsidTr="003D506C">
        <w:trPr>
          <w:cantSplit/>
          <w:trHeight w:val="222"/>
          <w:jc w:val="center"/>
        </w:trPr>
        <w:tc>
          <w:tcPr>
            <w:tcW w:w="4216" w:type="dxa"/>
            <w:tcBorders>
              <w:top w:val="single" w:sz="8" w:space="0" w:color="000000"/>
              <w:left w:val="single" w:sz="8" w:space="0" w:color="000000"/>
              <w:bottom w:val="single" w:sz="8" w:space="0" w:color="000000"/>
              <w:right w:val="single" w:sz="8" w:space="0" w:color="000000"/>
            </w:tcBorders>
            <w:vAlign w:val="center"/>
          </w:tcPr>
          <w:p w14:paraId="7A110AF0" w14:textId="77777777" w:rsidR="0033356E" w:rsidRPr="00BD77B7" w:rsidRDefault="00CC47E8">
            <w:pPr>
              <w:rPr>
                <w:lang w:val="ru-RU"/>
              </w:rPr>
            </w:pPr>
            <w:r w:rsidRPr="00BD77B7">
              <w:rPr>
                <w:lang w:val="ru-RU"/>
              </w:rPr>
              <w:t>Пол; возрастная категория «18 лет и старше»</w:t>
            </w:r>
          </w:p>
        </w:tc>
        <w:tc>
          <w:tcPr>
            <w:tcW w:w="2300" w:type="dxa"/>
            <w:tcBorders>
              <w:top w:val="single" w:sz="8" w:space="0" w:color="000000"/>
              <w:left w:val="single" w:sz="8" w:space="0" w:color="000000"/>
              <w:bottom w:val="single" w:sz="8" w:space="0" w:color="000000"/>
              <w:right w:val="single" w:sz="8" w:space="0" w:color="000000"/>
            </w:tcBorders>
            <w:vAlign w:val="center"/>
          </w:tcPr>
          <w:p w14:paraId="7ADD9F75" w14:textId="77777777" w:rsidR="00995F90" w:rsidRDefault="003D2A82">
            <w:pPr>
              <w:spacing w:after="0" w:line="240" w:lineRule="auto"/>
              <w:jc w:val="center"/>
            </w:pPr>
            <w:r>
              <w:rPr>
                <w:sz w:val="20"/>
              </w:rPr>
              <w:t>[   ]</w:t>
            </w:r>
          </w:p>
        </w:tc>
        <w:tc>
          <w:tcPr>
            <w:tcW w:w="2300" w:type="dxa"/>
            <w:tcBorders>
              <w:top w:val="single" w:sz="8" w:space="0" w:color="000000"/>
              <w:left w:val="single" w:sz="8" w:space="0" w:color="000000"/>
              <w:bottom w:val="single" w:sz="8" w:space="0" w:color="000000"/>
              <w:right w:val="single" w:sz="8" w:space="0" w:color="000000"/>
            </w:tcBorders>
            <w:vAlign w:val="center"/>
          </w:tcPr>
          <w:p w14:paraId="233B3887" w14:textId="77777777" w:rsidR="00995F90" w:rsidRDefault="003D2A82">
            <w:pPr>
              <w:spacing w:after="0" w:line="240" w:lineRule="auto"/>
              <w:jc w:val="center"/>
            </w:pPr>
            <w:r>
              <w:rPr>
                <w:sz w:val="20"/>
              </w:rPr>
              <w:t>[   ]</w:t>
            </w:r>
          </w:p>
        </w:tc>
        <w:tc>
          <w:tcPr>
            <w:tcW w:w="2300" w:type="dxa"/>
            <w:tcBorders>
              <w:top w:val="single" w:sz="8" w:space="0" w:color="000000"/>
              <w:left w:val="single" w:sz="8" w:space="0" w:color="000000"/>
              <w:bottom w:val="single" w:sz="8" w:space="0" w:color="000000"/>
              <w:right w:val="single" w:sz="8" w:space="0" w:color="000000"/>
            </w:tcBorders>
            <w:vAlign w:val="center"/>
          </w:tcPr>
          <w:p w14:paraId="31F4519C" w14:textId="77777777" w:rsidR="00995F90" w:rsidRDefault="00995F90">
            <w:pPr>
              <w:spacing w:after="0" w:line="240" w:lineRule="auto"/>
            </w:pPr>
          </w:p>
        </w:tc>
      </w:tr>
      <w:tr w:rsidR="00995F90" w14:paraId="4D14F1F7" w14:textId="77777777" w:rsidTr="003D506C">
        <w:trPr>
          <w:cantSplit/>
          <w:trHeight w:val="234"/>
          <w:jc w:val="center"/>
        </w:trPr>
        <w:tc>
          <w:tcPr>
            <w:tcW w:w="4216" w:type="dxa"/>
            <w:tcBorders>
              <w:top w:val="single" w:sz="8" w:space="0" w:color="000000"/>
              <w:left w:val="single" w:sz="8" w:space="0" w:color="000000"/>
              <w:bottom w:val="single" w:sz="8" w:space="0" w:color="000000"/>
              <w:right w:val="single" w:sz="8" w:space="0" w:color="000000"/>
            </w:tcBorders>
            <w:vAlign w:val="center"/>
          </w:tcPr>
          <w:p w14:paraId="5DA0541E" w14:textId="77777777" w:rsidR="00995F90" w:rsidRDefault="003D2A82">
            <w:pPr>
              <w:spacing w:after="0" w:line="240" w:lineRule="auto"/>
            </w:pPr>
            <w:r>
              <w:rPr>
                <w:sz w:val="18"/>
              </w:rPr>
              <w:t>Полная дата рождения</w:t>
            </w:r>
          </w:p>
        </w:tc>
        <w:tc>
          <w:tcPr>
            <w:tcW w:w="2300" w:type="dxa"/>
            <w:tcBorders>
              <w:top w:val="single" w:sz="8" w:space="0" w:color="000000"/>
              <w:left w:val="single" w:sz="8" w:space="0" w:color="000000"/>
              <w:bottom w:val="single" w:sz="8" w:space="0" w:color="000000"/>
              <w:right w:val="single" w:sz="8" w:space="0" w:color="000000"/>
            </w:tcBorders>
            <w:vAlign w:val="center"/>
          </w:tcPr>
          <w:p w14:paraId="6AC7E234" w14:textId="77777777" w:rsidR="00995F90" w:rsidRDefault="003D2A82">
            <w:pPr>
              <w:spacing w:after="0" w:line="240" w:lineRule="auto"/>
              <w:jc w:val="center"/>
            </w:pPr>
            <w:r>
              <w:rPr>
                <w:sz w:val="20"/>
              </w:rPr>
              <w:t>[   ]</w:t>
            </w:r>
          </w:p>
        </w:tc>
        <w:tc>
          <w:tcPr>
            <w:tcW w:w="2300" w:type="dxa"/>
            <w:tcBorders>
              <w:top w:val="single" w:sz="8" w:space="0" w:color="000000"/>
              <w:left w:val="single" w:sz="8" w:space="0" w:color="000000"/>
              <w:bottom w:val="single" w:sz="8" w:space="0" w:color="000000"/>
              <w:right w:val="single" w:sz="8" w:space="0" w:color="000000"/>
            </w:tcBorders>
            <w:vAlign w:val="center"/>
          </w:tcPr>
          <w:p w14:paraId="113DE6E5" w14:textId="77777777" w:rsidR="00995F90" w:rsidRDefault="003D2A82">
            <w:pPr>
              <w:spacing w:after="0" w:line="240" w:lineRule="auto"/>
              <w:jc w:val="center"/>
            </w:pPr>
            <w:r>
              <w:rPr>
                <w:sz w:val="20"/>
              </w:rPr>
              <w:t>[   ]</w:t>
            </w:r>
          </w:p>
        </w:tc>
        <w:tc>
          <w:tcPr>
            <w:tcW w:w="2300" w:type="dxa"/>
            <w:tcBorders>
              <w:top w:val="single" w:sz="8" w:space="0" w:color="000000"/>
              <w:left w:val="single" w:sz="8" w:space="0" w:color="000000"/>
              <w:bottom w:val="single" w:sz="8" w:space="0" w:color="000000"/>
              <w:right w:val="single" w:sz="8" w:space="0" w:color="000000"/>
            </w:tcBorders>
            <w:vAlign w:val="center"/>
          </w:tcPr>
          <w:p w14:paraId="0ECF985D" w14:textId="77777777" w:rsidR="00995F90" w:rsidRDefault="00995F90">
            <w:pPr>
              <w:spacing w:after="0" w:line="240" w:lineRule="auto"/>
            </w:pPr>
          </w:p>
        </w:tc>
      </w:tr>
      <w:tr w:rsidR="00995F90" w14:paraId="464356AF" w14:textId="77777777" w:rsidTr="003D506C">
        <w:trPr>
          <w:cantSplit/>
          <w:trHeight w:val="234"/>
          <w:jc w:val="center"/>
        </w:trPr>
        <w:tc>
          <w:tcPr>
            <w:tcW w:w="4216" w:type="dxa"/>
            <w:tcBorders>
              <w:top w:val="single" w:sz="8" w:space="0" w:color="000000"/>
              <w:left w:val="single" w:sz="8" w:space="0" w:color="000000"/>
              <w:bottom w:val="single" w:sz="8" w:space="0" w:color="000000"/>
              <w:right w:val="single" w:sz="8" w:space="0" w:color="000000"/>
            </w:tcBorders>
            <w:vAlign w:val="center"/>
          </w:tcPr>
          <w:p w14:paraId="379363D4" w14:textId="77777777" w:rsidR="00995F90" w:rsidRPr="0016660C" w:rsidRDefault="003D2A82">
            <w:pPr>
              <w:spacing w:after="0" w:line="240" w:lineRule="auto"/>
              <w:rPr>
                <w:lang w:val="ru-RU"/>
              </w:rPr>
            </w:pPr>
            <w:r w:rsidRPr="0016660C">
              <w:rPr>
                <w:sz w:val="18"/>
                <w:lang w:val="ru-RU"/>
              </w:rPr>
              <w:t>Год рождения без указания дня и месяца</w:t>
            </w:r>
          </w:p>
        </w:tc>
        <w:tc>
          <w:tcPr>
            <w:tcW w:w="2300" w:type="dxa"/>
            <w:tcBorders>
              <w:top w:val="single" w:sz="8" w:space="0" w:color="000000"/>
              <w:left w:val="single" w:sz="8" w:space="0" w:color="000000"/>
              <w:bottom w:val="single" w:sz="8" w:space="0" w:color="000000"/>
              <w:right w:val="single" w:sz="8" w:space="0" w:color="000000"/>
            </w:tcBorders>
            <w:vAlign w:val="center"/>
          </w:tcPr>
          <w:p w14:paraId="2C69805A" w14:textId="77777777" w:rsidR="00995F90" w:rsidRDefault="003D2A82">
            <w:pPr>
              <w:spacing w:after="0" w:line="240" w:lineRule="auto"/>
              <w:jc w:val="center"/>
            </w:pPr>
            <w:r>
              <w:rPr>
                <w:sz w:val="20"/>
              </w:rPr>
              <w:t>[   ]</w:t>
            </w:r>
          </w:p>
        </w:tc>
        <w:tc>
          <w:tcPr>
            <w:tcW w:w="2300" w:type="dxa"/>
            <w:tcBorders>
              <w:top w:val="single" w:sz="8" w:space="0" w:color="000000"/>
              <w:left w:val="single" w:sz="8" w:space="0" w:color="000000"/>
              <w:bottom w:val="single" w:sz="8" w:space="0" w:color="000000"/>
              <w:right w:val="single" w:sz="8" w:space="0" w:color="000000"/>
            </w:tcBorders>
            <w:vAlign w:val="center"/>
          </w:tcPr>
          <w:p w14:paraId="666DC958" w14:textId="77777777" w:rsidR="00995F90" w:rsidRDefault="003D2A82">
            <w:pPr>
              <w:spacing w:after="0" w:line="240" w:lineRule="auto"/>
              <w:jc w:val="center"/>
            </w:pPr>
            <w:r>
              <w:rPr>
                <w:sz w:val="20"/>
              </w:rPr>
              <w:t>[   ]</w:t>
            </w:r>
          </w:p>
        </w:tc>
        <w:tc>
          <w:tcPr>
            <w:tcW w:w="2300" w:type="dxa"/>
            <w:tcBorders>
              <w:top w:val="single" w:sz="8" w:space="0" w:color="000000"/>
              <w:left w:val="single" w:sz="8" w:space="0" w:color="000000"/>
              <w:bottom w:val="single" w:sz="8" w:space="0" w:color="000000"/>
              <w:right w:val="single" w:sz="8" w:space="0" w:color="000000"/>
            </w:tcBorders>
            <w:vAlign w:val="center"/>
          </w:tcPr>
          <w:p w14:paraId="1CD22E35" w14:textId="77777777" w:rsidR="00995F90" w:rsidRDefault="00995F90">
            <w:pPr>
              <w:spacing w:after="0" w:line="240" w:lineRule="auto"/>
            </w:pPr>
          </w:p>
        </w:tc>
      </w:tr>
      <w:tr w:rsidR="00995F90" w14:paraId="40E02B2E" w14:textId="77777777" w:rsidTr="003D506C">
        <w:trPr>
          <w:cantSplit/>
          <w:trHeight w:val="345"/>
          <w:jc w:val="center"/>
        </w:trPr>
        <w:tc>
          <w:tcPr>
            <w:tcW w:w="4216" w:type="dxa"/>
            <w:tcBorders>
              <w:top w:val="single" w:sz="8" w:space="0" w:color="000000"/>
              <w:left w:val="single" w:sz="8" w:space="0" w:color="000000"/>
              <w:bottom w:val="single" w:sz="8" w:space="0" w:color="000000"/>
              <w:right w:val="single" w:sz="8" w:space="0" w:color="000000"/>
            </w:tcBorders>
            <w:vAlign w:val="center"/>
          </w:tcPr>
          <w:p w14:paraId="20615097" w14:textId="77777777" w:rsidR="00995F90" w:rsidRPr="0016660C" w:rsidRDefault="003D2A82">
            <w:pPr>
              <w:spacing w:after="0" w:line="240" w:lineRule="auto"/>
              <w:rPr>
                <w:lang w:val="ru-RU"/>
              </w:rPr>
            </w:pPr>
            <w:r w:rsidRPr="0016660C">
              <w:rPr>
                <w:sz w:val="18"/>
                <w:lang w:val="ru-RU"/>
              </w:rPr>
              <w:t>Стартовый номер, результат, занятое место, номинация, сведения о награждении</w:t>
            </w:r>
          </w:p>
        </w:tc>
        <w:tc>
          <w:tcPr>
            <w:tcW w:w="2300" w:type="dxa"/>
            <w:tcBorders>
              <w:top w:val="single" w:sz="8" w:space="0" w:color="000000"/>
              <w:left w:val="single" w:sz="8" w:space="0" w:color="000000"/>
              <w:bottom w:val="single" w:sz="8" w:space="0" w:color="000000"/>
              <w:right w:val="single" w:sz="8" w:space="0" w:color="000000"/>
            </w:tcBorders>
            <w:vAlign w:val="center"/>
          </w:tcPr>
          <w:p w14:paraId="505D829A" w14:textId="77777777" w:rsidR="00995F90" w:rsidRDefault="003D2A82">
            <w:pPr>
              <w:spacing w:after="0" w:line="240" w:lineRule="auto"/>
              <w:jc w:val="center"/>
            </w:pPr>
            <w:r>
              <w:rPr>
                <w:sz w:val="20"/>
              </w:rPr>
              <w:t>[   ]</w:t>
            </w:r>
          </w:p>
        </w:tc>
        <w:tc>
          <w:tcPr>
            <w:tcW w:w="2300" w:type="dxa"/>
            <w:tcBorders>
              <w:top w:val="single" w:sz="8" w:space="0" w:color="000000"/>
              <w:left w:val="single" w:sz="8" w:space="0" w:color="000000"/>
              <w:bottom w:val="single" w:sz="8" w:space="0" w:color="000000"/>
              <w:right w:val="single" w:sz="8" w:space="0" w:color="000000"/>
            </w:tcBorders>
            <w:vAlign w:val="center"/>
          </w:tcPr>
          <w:p w14:paraId="2E682E4E" w14:textId="77777777" w:rsidR="00995F90" w:rsidRDefault="003D2A82">
            <w:pPr>
              <w:spacing w:after="0" w:line="240" w:lineRule="auto"/>
              <w:jc w:val="center"/>
            </w:pPr>
            <w:r>
              <w:rPr>
                <w:sz w:val="20"/>
              </w:rPr>
              <w:t>[   ]</w:t>
            </w:r>
          </w:p>
        </w:tc>
        <w:tc>
          <w:tcPr>
            <w:tcW w:w="2300" w:type="dxa"/>
            <w:tcBorders>
              <w:top w:val="single" w:sz="8" w:space="0" w:color="000000"/>
              <w:left w:val="single" w:sz="8" w:space="0" w:color="000000"/>
              <w:bottom w:val="single" w:sz="8" w:space="0" w:color="000000"/>
              <w:right w:val="single" w:sz="8" w:space="0" w:color="000000"/>
            </w:tcBorders>
            <w:vAlign w:val="center"/>
          </w:tcPr>
          <w:p w14:paraId="6DC53070" w14:textId="77777777" w:rsidR="00995F90" w:rsidRDefault="00995F90">
            <w:pPr>
              <w:spacing w:after="0" w:line="240" w:lineRule="auto"/>
            </w:pPr>
          </w:p>
        </w:tc>
      </w:tr>
      <w:tr w:rsidR="00995F90" w14:paraId="41231023" w14:textId="77777777" w:rsidTr="003D506C">
        <w:trPr>
          <w:cantSplit/>
          <w:trHeight w:val="345"/>
          <w:jc w:val="center"/>
        </w:trPr>
        <w:tc>
          <w:tcPr>
            <w:tcW w:w="4216" w:type="dxa"/>
            <w:tcBorders>
              <w:top w:val="single" w:sz="8" w:space="0" w:color="000000"/>
              <w:left w:val="single" w:sz="8" w:space="0" w:color="000000"/>
              <w:bottom w:val="single" w:sz="8" w:space="0" w:color="000000"/>
              <w:right w:val="single" w:sz="8" w:space="0" w:color="000000"/>
            </w:tcBorders>
            <w:vAlign w:val="center"/>
          </w:tcPr>
          <w:p w14:paraId="72E54C2A" w14:textId="77777777" w:rsidR="00995F90" w:rsidRPr="0016660C" w:rsidRDefault="003D2A82">
            <w:pPr>
              <w:spacing w:after="0" w:line="240" w:lineRule="auto"/>
              <w:rPr>
                <w:lang w:val="ru-RU"/>
              </w:rPr>
            </w:pPr>
            <w:r w:rsidRPr="0016660C">
              <w:rPr>
                <w:sz w:val="18"/>
                <w:lang w:val="ru-RU"/>
              </w:rPr>
              <w:t>Фотографическое изображение, видеозапись, голос и внешний облик участника</w:t>
            </w:r>
          </w:p>
        </w:tc>
        <w:tc>
          <w:tcPr>
            <w:tcW w:w="2300" w:type="dxa"/>
            <w:tcBorders>
              <w:top w:val="single" w:sz="8" w:space="0" w:color="000000"/>
              <w:left w:val="single" w:sz="8" w:space="0" w:color="000000"/>
              <w:bottom w:val="single" w:sz="8" w:space="0" w:color="000000"/>
              <w:right w:val="single" w:sz="8" w:space="0" w:color="000000"/>
            </w:tcBorders>
            <w:vAlign w:val="center"/>
          </w:tcPr>
          <w:p w14:paraId="61A7D9E5" w14:textId="77777777" w:rsidR="00995F90" w:rsidRDefault="003D2A82">
            <w:pPr>
              <w:spacing w:after="0" w:line="240" w:lineRule="auto"/>
              <w:jc w:val="center"/>
            </w:pPr>
            <w:r>
              <w:rPr>
                <w:sz w:val="20"/>
              </w:rPr>
              <w:t>[   ]</w:t>
            </w:r>
          </w:p>
        </w:tc>
        <w:tc>
          <w:tcPr>
            <w:tcW w:w="2300" w:type="dxa"/>
            <w:tcBorders>
              <w:top w:val="single" w:sz="8" w:space="0" w:color="000000"/>
              <w:left w:val="single" w:sz="8" w:space="0" w:color="000000"/>
              <w:bottom w:val="single" w:sz="8" w:space="0" w:color="000000"/>
              <w:right w:val="single" w:sz="8" w:space="0" w:color="000000"/>
            </w:tcBorders>
            <w:vAlign w:val="center"/>
          </w:tcPr>
          <w:p w14:paraId="7F5F2318" w14:textId="77777777" w:rsidR="00995F90" w:rsidRDefault="003D2A82">
            <w:pPr>
              <w:spacing w:after="0" w:line="240" w:lineRule="auto"/>
              <w:jc w:val="center"/>
            </w:pPr>
            <w:r>
              <w:rPr>
                <w:sz w:val="20"/>
              </w:rPr>
              <w:t>[   ]</w:t>
            </w:r>
          </w:p>
        </w:tc>
        <w:tc>
          <w:tcPr>
            <w:tcW w:w="2300" w:type="dxa"/>
            <w:tcBorders>
              <w:top w:val="single" w:sz="8" w:space="0" w:color="000000"/>
              <w:left w:val="single" w:sz="8" w:space="0" w:color="000000"/>
              <w:bottom w:val="single" w:sz="8" w:space="0" w:color="000000"/>
              <w:right w:val="single" w:sz="8" w:space="0" w:color="000000"/>
            </w:tcBorders>
            <w:vAlign w:val="center"/>
          </w:tcPr>
          <w:p w14:paraId="7FD2480D" w14:textId="77777777" w:rsidR="00995F90" w:rsidRDefault="00995F90">
            <w:pPr>
              <w:spacing w:after="0" w:line="240" w:lineRule="auto"/>
            </w:pPr>
          </w:p>
        </w:tc>
      </w:tr>
    </w:tbl>
    <w:p w14:paraId="792EDA77" w14:textId="77777777" w:rsidR="00995F90" w:rsidRPr="0016660C" w:rsidRDefault="003D2A82">
      <w:pPr>
        <w:spacing w:after="20" w:line="240" w:lineRule="auto"/>
        <w:jc w:val="both"/>
        <w:rPr>
          <w:lang w:val="ru-RU"/>
        </w:rPr>
      </w:pPr>
      <w:r w:rsidRPr="0016660C">
        <w:rPr>
          <w:b/>
          <w:sz w:val="19"/>
          <w:lang w:val="ru-RU"/>
        </w:rPr>
        <w:t>Контактные данные, адрес проживания, сведения о здоровье, реквизиты документов, а также иные сведения, прямо не отмеченные в таблице как разрешённые, распространению не подлежат.</w:t>
      </w:r>
    </w:p>
    <w:p w14:paraId="157FF993" w14:textId="77777777" w:rsidR="00995F90" w:rsidRPr="0016660C" w:rsidRDefault="003D2A82">
      <w:pPr>
        <w:spacing w:after="20" w:line="240" w:lineRule="auto"/>
        <w:jc w:val="both"/>
        <w:rPr>
          <w:lang w:val="ru-RU"/>
        </w:rPr>
      </w:pPr>
      <w:r w:rsidRPr="0016660C">
        <w:rPr>
          <w:sz w:val="19"/>
          <w:lang w:val="ru-RU"/>
        </w:rPr>
        <w:t>Согласие на использование изображения: разрешаю обнародование и дальнейшее использование фотографий и видеозаписей, созданных во время Мероприятия, в указанных выше целях и информационных ресурсах без выплаты вознаграждения, с правом технической обработки, кадрирования и сопровождения информационным текстом, не порочащим честь, достоинство и деловую репутацию участника.</w:t>
      </w:r>
    </w:p>
    <w:p w14:paraId="69963712" w14:textId="77777777" w:rsidR="00995F90" w:rsidRPr="0016660C" w:rsidRDefault="003D2A82">
      <w:pPr>
        <w:spacing w:after="40" w:line="240" w:lineRule="auto"/>
        <w:jc w:val="both"/>
        <w:rPr>
          <w:lang w:val="ru-RU"/>
        </w:rPr>
      </w:pPr>
      <w:r w:rsidRPr="0016660C">
        <w:rPr>
          <w:sz w:val="19"/>
          <w:lang w:val="ru-RU"/>
        </w:rPr>
        <w:t>Настоящее согласие действует в течение трёх лет со дня проведения Мероприятия либо до поступления требования о прекращении распространения. Требование должно содержать Ф.И.О. и контактные данные заявителя, перечень данных, распространение которых необходимо прекратить, и может быть направлено Оператору по указанному выше адресу. После получения требования Оператор прекращает дальнейшее распространение в порядке и сроки, установленные законодательством. Удаление материалов из архивов средств массовой информации и ресурсов третьих лиц осуществляется в пределах доступных Оператору полномочий.</w:t>
      </w:r>
    </w:p>
    <w:p w14:paraId="42CB8FFF" w14:textId="77777777" w:rsidR="00995F90" w:rsidRPr="0016660C" w:rsidRDefault="003D2A82">
      <w:pPr>
        <w:spacing w:after="60" w:line="240" w:lineRule="auto"/>
        <w:jc w:val="both"/>
        <w:rPr>
          <w:lang w:val="ru-RU"/>
        </w:rPr>
      </w:pPr>
      <w:r w:rsidRPr="0016660C">
        <w:rPr>
          <w:lang w:val="ru-RU"/>
        </w:rPr>
        <w:t>Дата: «___» ______________ 2026 г.</w:t>
      </w:r>
    </w:p>
    <w:p w14:paraId="165FF70A" w14:textId="77777777" w:rsidR="00995F90" w:rsidRPr="0016660C" w:rsidRDefault="003D2A82">
      <w:pPr>
        <w:spacing w:after="0" w:line="240" w:lineRule="auto"/>
        <w:jc w:val="both"/>
        <w:rPr>
          <w:lang w:val="ru-RU"/>
        </w:rPr>
      </w:pPr>
      <w:r w:rsidRPr="0016660C">
        <w:rPr>
          <w:lang w:val="ru-RU"/>
        </w:rPr>
        <w:t>Подпись: ____________________ / ______________________________________________</w:t>
      </w:r>
    </w:p>
    <w:p w14:paraId="7A950675" w14:textId="77777777" w:rsidR="00995F90" w:rsidRPr="0016660C" w:rsidRDefault="003D2A82">
      <w:pPr>
        <w:spacing w:after="0" w:line="240" w:lineRule="auto"/>
        <w:jc w:val="both"/>
        <w:rPr>
          <w:lang w:val="ru-RU"/>
        </w:rPr>
      </w:pPr>
      <w:r w:rsidRPr="0016660C">
        <w:rPr>
          <w:sz w:val="18"/>
          <w:lang w:val="ru-RU"/>
        </w:rPr>
        <w:t xml:space="preserve">                                        подпись                                      Ф.И.О.</w:t>
      </w:r>
    </w:p>
    <w:sectPr w:rsidR="00995F90" w:rsidRPr="0016660C" w:rsidSect="00034616">
      <w:footerReference w:type="default" r:id="rId10"/>
      <w:pgSz w:w="12240" w:h="15840"/>
      <w:pgMar w:top="794" w:right="850" w:bottom="794" w:left="1247"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2626B2" w14:textId="77777777" w:rsidR="00CC47E8" w:rsidRDefault="00CC47E8">
      <w:pPr>
        <w:spacing w:after="0" w:line="240" w:lineRule="auto"/>
      </w:pPr>
      <w:r>
        <w:separator/>
      </w:r>
    </w:p>
  </w:endnote>
  <w:endnote w:type="continuationSeparator" w:id="0">
    <w:p w14:paraId="15DDF304" w14:textId="77777777" w:rsidR="00CC47E8" w:rsidRDefault="00CC4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7E448" w14:textId="77777777" w:rsidR="00995F90" w:rsidRDefault="003D2A82">
    <w:pPr>
      <w:pStyle w:val="a7"/>
      <w:jc w:val="center"/>
    </w:pPr>
    <w:r>
      <w:rPr>
        <w:sz w:val="20"/>
      </w:rPr>
      <w:fldChar w:fldCharType="begin"/>
    </w:r>
    <w:r>
      <w:rPr>
        <w:sz w:val="20"/>
      </w:rPr>
      <w:instrText xml:space="preserve"> PAGE </w:instrText>
    </w:r>
    <w:r>
      <w:rPr>
        <w:sz w:val="20"/>
      </w:rPr>
      <w:fldChar w:fldCharType="separate"/>
    </w:r>
    <w:r w:rsidR="0016660C">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3E3282" w14:textId="77777777" w:rsidR="00CC47E8" w:rsidRDefault="00CC47E8">
      <w:pPr>
        <w:spacing w:after="0" w:line="240" w:lineRule="auto"/>
      </w:pPr>
      <w:r>
        <w:separator/>
      </w:r>
    </w:p>
  </w:footnote>
  <w:footnote w:type="continuationSeparator" w:id="0">
    <w:p w14:paraId="5B41FD48" w14:textId="77777777" w:rsidR="00CC47E8" w:rsidRDefault="00CC47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660C"/>
    <w:rsid w:val="0029639D"/>
    <w:rsid w:val="00326F90"/>
    <w:rsid w:val="0033356E"/>
    <w:rsid w:val="003D2A82"/>
    <w:rsid w:val="003D506C"/>
    <w:rsid w:val="004D0A9B"/>
    <w:rsid w:val="00995F90"/>
    <w:rsid w:val="00AA1D8D"/>
    <w:rsid w:val="00B47730"/>
    <w:rsid w:val="00BD77B7"/>
    <w:rsid w:val="00CB0664"/>
    <w:rsid w:val="00CC47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6E2CA9"/>
  <w14:defaultImageDpi w14:val="300"/>
  <w15:docId w15:val="{2F62EC9C-FDD6-4782-B562-F8E4AB2D6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16660C"/>
    <w:rPr>
      <w:color w:val="0000FF" w:themeColor="hyperlink"/>
      <w:u w:val="single"/>
    </w:rPr>
  </w:style>
  <w:style w:type="character" w:styleId="aff9">
    <w:name w:val="Unresolved Mention"/>
    <w:basedOn w:val="a2"/>
    <w:uiPriority w:val="99"/>
    <w:semiHidden/>
    <w:unhideWhenUsed/>
    <w:rsid w:val="0016660C"/>
    <w:rPr>
      <w:color w:val="605E5C"/>
      <w:shd w:val="clear" w:color="auto" w:fill="E1DFDD"/>
    </w:rPr>
  </w:style>
  <w:style w:type="paragraph" w:styleId="affa">
    <w:name w:val="Balloon Text"/>
    <w:basedOn w:val="a1"/>
    <w:link w:val="affb"/>
    <w:uiPriority w:val="99"/>
    <w:semiHidden/>
    <w:unhideWhenUsed/>
    <w:rsid w:val="0016660C"/>
    <w:pPr>
      <w:spacing w:after="0" w:line="240" w:lineRule="auto"/>
    </w:pPr>
    <w:rPr>
      <w:rFonts w:ascii="Segoe UI" w:hAnsi="Segoe UI" w:cs="Segoe UI"/>
      <w:sz w:val="18"/>
      <w:szCs w:val="18"/>
    </w:rPr>
  </w:style>
  <w:style w:type="character" w:customStyle="1" w:styleId="affb">
    <w:name w:val="Текст выноски Знак"/>
    <w:basedOn w:val="a2"/>
    <w:link w:val="affa"/>
    <w:uiPriority w:val="99"/>
    <w:semiHidden/>
    <w:rsid w:val="0016660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lunteer.limetime.io/express/923f5eab-27f2-4f40-88c6-f0d1457dee74/0756d004-a6f7-4637-84f9-4d05c5645d8b/addOrEd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581A3-87CA-4E9A-91B1-E074B3CA2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3095</Words>
  <Characters>17644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 мероприятия «Пляжный забег в кругах»</dc:title>
  <dc:subject>Регламент и формы согласий</dc:subject>
  <dc:creator>Управление по культуре, курорту, спорту и туризму администрации города-курорта Кисловодска</dc:creator>
  <cp:keywords>пляжный забег, Старое озеро, Кисловодск, регламент</cp:keywords>
  <dc:description>generated by python-docx</dc:description>
  <cp:lastModifiedBy>litnik994@gmail.com</cp:lastModifiedBy>
  <cp:revision>4</cp:revision>
  <cp:lastPrinted>2026-08-05T07:27:00Z</cp:lastPrinted>
  <dcterms:created xsi:type="dcterms:W3CDTF">2013-12-23T23:15:00Z</dcterms:created>
  <dcterms:modified xsi:type="dcterms:W3CDTF">2026-08-06T08:17:00Z</dcterms:modified>
  <cp:category/>
</cp:coreProperties>
</file>